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2C88F" w14:textId="77777777" w:rsidR="007C5698" w:rsidRDefault="00000000">
      <w:pPr>
        <w:spacing w:after="40"/>
        <w:jc w:val="center"/>
      </w:pPr>
      <w:r>
        <w:rPr>
          <w:b/>
        </w:rPr>
        <w:t>ZÁPISNICA</w:t>
      </w:r>
    </w:p>
    <w:p w14:paraId="5BB4D21E" w14:textId="77777777" w:rsidR="007C5698" w:rsidRDefault="00000000">
      <w:pPr>
        <w:spacing w:after="280"/>
        <w:jc w:val="center"/>
      </w:pPr>
      <w:r>
        <w:rPr>
          <w:b/>
        </w:rPr>
        <w:t>z ustanovujúceho zasadnutia Rady školy pri Materskej škole Zámutov 388</w:t>
      </w:r>
    </w:p>
    <w:p w14:paraId="00ADEC3C" w14:textId="46243C37" w:rsidR="00E96DDA" w:rsidRDefault="00000000">
      <w:pPr>
        <w:spacing w:after="120"/>
      </w:pPr>
      <w:r>
        <w:t>Dátum: 01. 09. 2026</w:t>
      </w:r>
    </w:p>
    <w:p w14:paraId="30B727C6" w14:textId="77777777" w:rsidR="007C5698" w:rsidRDefault="00000000">
      <w:pPr>
        <w:spacing w:after="120"/>
      </w:pPr>
      <w:r>
        <w:t>Miesto: Materská škola Zámutov 388</w:t>
      </w:r>
    </w:p>
    <w:p w14:paraId="7D7DAA3F" w14:textId="77777777" w:rsidR="007C5698" w:rsidRDefault="007C5698">
      <w:pPr>
        <w:spacing w:after="120"/>
      </w:pPr>
    </w:p>
    <w:p w14:paraId="58F9327D" w14:textId="77777777" w:rsidR="007C5698" w:rsidRDefault="00000000">
      <w:pPr>
        <w:spacing w:after="120"/>
      </w:pPr>
      <w:r>
        <w:rPr>
          <w:b/>
        </w:rPr>
        <w:t>Program</w:t>
      </w:r>
    </w:p>
    <w:p w14:paraId="6B12CC22" w14:textId="77777777" w:rsidR="007C5698" w:rsidRDefault="00000000">
      <w:pPr>
        <w:spacing w:after="40"/>
      </w:pPr>
      <w:r>
        <w:t>1. Otvorenie</w:t>
      </w:r>
    </w:p>
    <w:p w14:paraId="4B2E35AD" w14:textId="77777777" w:rsidR="007C5698" w:rsidRDefault="00000000">
      <w:pPr>
        <w:spacing w:after="40"/>
      </w:pPr>
      <w:r>
        <w:t>2. Priebeh a výsledky volieb do Rady školy</w:t>
      </w:r>
    </w:p>
    <w:p w14:paraId="46CE1B78" w14:textId="77777777" w:rsidR="007C5698" w:rsidRDefault="00000000">
      <w:pPr>
        <w:spacing w:after="40"/>
      </w:pPr>
      <w:r>
        <w:t>3. Predstavenie nových členov Rady školy</w:t>
      </w:r>
    </w:p>
    <w:p w14:paraId="6C009A77" w14:textId="77777777" w:rsidR="007C5698" w:rsidRDefault="00000000">
      <w:pPr>
        <w:spacing w:after="40"/>
      </w:pPr>
      <w:r>
        <w:t>4. Voľba predsedu a podpredsedu Rady školy</w:t>
      </w:r>
    </w:p>
    <w:p w14:paraId="6E32B932" w14:textId="77777777" w:rsidR="007C5698" w:rsidRDefault="00000000">
      <w:pPr>
        <w:spacing w:after="40"/>
      </w:pPr>
      <w:r>
        <w:t>5. Návrh a schválenie Štatútu Rady školy</w:t>
      </w:r>
    </w:p>
    <w:p w14:paraId="2AF797A5" w14:textId="77777777" w:rsidR="007C5698" w:rsidRDefault="00000000">
      <w:pPr>
        <w:spacing w:after="40"/>
      </w:pPr>
      <w:r>
        <w:t>6. Diskusia</w:t>
      </w:r>
    </w:p>
    <w:p w14:paraId="77815EBE" w14:textId="77777777" w:rsidR="007C5698" w:rsidRDefault="00000000">
      <w:pPr>
        <w:spacing w:after="40"/>
      </w:pPr>
      <w:r>
        <w:t>7. Prijatie uznesení</w:t>
      </w:r>
    </w:p>
    <w:p w14:paraId="391C9C01" w14:textId="77777777" w:rsidR="007C5698" w:rsidRDefault="00000000">
      <w:pPr>
        <w:spacing w:after="40"/>
      </w:pPr>
      <w:r>
        <w:t>8. Záver</w:t>
      </w:r>
    </w:p>
    <w:p w14:paraId="1999AB4E" w14:textId="77777777" w:rsidR="007C5698" w:rsidRDefault="007C5698">
      <w:pPr>
        <w:spacing w:after="120"/>
      </w:pPr>
    </w:p>
    <w:p w14:paraId="374D9A1D" w14:textId="77777777" w:rsidR="007C5698" w:rsidRDefault="00000000">
      <w:pPr>
        <w:spacing w:after="120"/>
      </w:pPr>
      <w:r>
        <w:rPr>
          <w:b/>
        </w:rPr>
        <w:t>1. Otvorenie</w:t>
      </w:r>
    </w:p>
    <w:p w14:paraId="371E2F04" w14:textId="77777777" w:rsidR="007C5698" w:rsidRDefault="00000000">
      <w:pPr>
        <w:spacing w:after="120"/>
      </w:pPr>
      <w:r>
        <w:t>Ustanovujúce zasadnutie Rady školy pri Materskej škole Zámutov 388 sa uskutočnilo dňa 01. 09. 2026. Prítomní členovia boli oboznámení s programom zasadnutia.</w:t>
      </w:r>
    </w:p>
    <w:p w14:paraId="1BFE762F" w14:textId="77777777" w:rsidR="007C5698" w:rsidRDefault="00000000">
      <w:pPr>
        <w:spacing w:after="120"/>
      </w:pPr>
      <w:r>
        <w:t>Rada školy bola vytvorená v súlade s platnou právnou úpravou a má 5 členov: jedného zvoleného zástupcu zákonných zástupcov, dvoch zvolených zástupcov zamestnancov školy a dvoch delegovaných zástupcov zriaďovateľa. Na ustanovujúcom zasadnutí boli prítomní 4 z 5 členov Rady školy.</w:t>
      </w:r>
    </w:p>
    <w:p w14:paraId="0C08B8BA" w14:textId="77777777" w:rsidR="007C5698" w:rsidRDefault="00000000">
      <w:pPr>
        <w:spacing w:after="120"/>
      </w:pPr>
      <w:r>
        <w:rPr>
          <w:b/>
        </w:rPr>
        <w:t>2. Priebeh a výsledky volieb do Rady školy</w:t>
      </w:r>
    </w:p>
    <w:p w14:paraId="45A36E45" w14:textId="77777777" w:rsidR="007C5698" w:rsidRDefault="00000000">
      <w:pPr>
        <w:spacing w:after="120"/>
      </w:pPr>
      <w:r>
        <w:t>Voľby členov Rady školy sa uskutočnili tajným hlasovaním. Priebeh a výsledky volieb sú zaznamenané v osobitných zápisniciach z volieb členov Rady školy. Rada školy vzala priebeh a výsledky volieb na vedomie.</w:t>
      </w:r>
    </w:p>
    <w:p w14:paraId="29CA1779" w14:textId="77777777" w:rsidR="007C5698" w:rsidRDefault="00000000">
      <w:pPr>
        <w:spacing w:after="120"/>
      </w:pPr>
      <w:r>
        <w:rPr>
          <w:b/>
        </w:rPr>
        <w:t>3. Predstavenie nových členov Rady školy</w:t>
      </w:r>
    </w:p>
    <w:p w14:paraId="48F33E98" w14:textId="77777777" w:rsidR="007C5698" w:rsidRDefault="00000000">
      <w:pPr>
        <w:spacing w:after="120"/>
      </w:pPr>
      <w:r>
        <w:t>Na zasadnutí bolo predstavené nové päťčlenné zloženie Rady školy: zástupcovia zamestnancov školy, zástupca zákonných zástupcov a delegovaní zástupcovia zriaďovateľa.</w:t>
      </w:r>
    </w:p>
    <w:p w14:paraId="36B52B8E" w14:textId="77777777" w:rsidR="007C5698" w:rsidRDefault="00000000">
      <w:pPr>
        <w:spacing w:after="120"/>
      </w:pPr>
      <w:r>
        <w:rPr>
          <w:b/>
        </w:rPr>
        <w:t>4. Voľba predsedu a podpredsedu Rady školy</w:t>
      </w:r>
    </w:p>
    <w:p w14:paraId="5F54B45C" w14:textId="77777777" w:rsidR="007C5698" w:rsidRDefault="00000000">
      <w:pPr>
        <w:spacing w:after="120"/>
      </w:pPr>
      <w:r>
        <w:t>Predseda a podpredseda Rady školy boli volení zo svojich členov tajným hlasovaním. V oboch voľbách hlasovali štyria prítomní členovia; výsledok bol 4 hlasy ZA, 0 PROTI, 0 ZDRŽAL/A SA. Predseda a podpredseda Rady školy boli zvolení jednomyseľne.</w:t>
      </w:r>
    </w:p>
    <w:p w14:paraId="4F981C17" w14:textId="77777777" w:rsidR="007C5698" w:rsidRDefault="00000000">
      <w:pPr>
        <w:spacing w:after="120"/>
      </w:pPr>
      <w:r>
        <w:rPr>
          <w:b/>
        </w:rPr>
        <w:t>5. Návrh a schválenie Štatútu Rady školy</w:t>
      </w:r>
    </w:p>
    <w:p w14:paraId="197A8310" w14:textId="77777777" w:rsidR="007C5698" w:rsidRDefault="00000000">
      <w:pPr>
        <w:spacing w:after="120"/>
      </w:pPr>
      <w:r>
        <w:lastRenderedPageBreak/>
        <w:t>Členovia Rady školy prerokovali návrh Štatútu Rady školy pri Materskej škole Zámutov 388. Následne pristúpili k hlasovaniu. Štatút bol schválený jednomyseľne: 4 hlasy ZA, 0 PROTI, 0 ZDRŽAL/A SA.</w:t>
      </w:r>
    </w:p>
    <w:p w14:paraId="0C02B516" w14:textId="77777777" w:rsidR="007C5698" w:rsidRDefault="00000000">
      <w:pPr>
        <w:spacing w:after="120"/>
      </w:pPr>
      <w:r>
        <w:rPr>
          <w:b/>
        </w:rPr>
        <w:t>6. Diskusia</w:t>
      </w:r>
    </w:p>
    <w:p w14:paraId="5EE9D047" w14:textId="77777777" w:rsidR="007C5698" w:rsidRDefault="00000000">
      <w:pPr>
        <w:spacing w:after="120"/>
      </w:pPr>
      <w:r>
        <w:t>K uvedenému bodu programu neboli zo strany prítomných vznesené pripomienky ani návrhy.</w:t>
      </w:r>
    </w:p>
    <w:p w14:paraId="4AE811FA" w14:textId="77777777" w:rsidR="007C5698" w:rsidRDefault="00000000">
      <w:pPr>
        <w:spacing w:after="120"/>
      </w:pPr>
      <w:r>
        <w:rPr>
          <w:b/>
        </w:rPr>
        <w:t>7. Prijaté uznesenia</w:t>
      </w:r>
    </w:p>
    <w:p w14:paraId="44068A06" w14:textId="77777777" w:rsidR="007C5698" w:rsidRDefault="00000000">
      <w:pPr>
        <w:spacing w:after="120"/>
      </w:pPr>
      <w:r>
        <w:t>Rada školy vzala na vedomie priebeh a výsledky volieb a svoje päťčlenné zloženie. Rada školy schválila výsledok voľby predsedu a podpredsedu Rady školy a schválila Štatút Rady školy pri Materskej škole Zámutov 388. Všetky uznesenia boli prijaté štyrmi hlasmi ZA, bez hlasov PROTI a bez zdržania sa hlasovania.</w:t>
      </w:r>
    </w:p>
    <w:p w14:paraId="49E9D8BA" w14:textId="77777777" w:rsidR="007C5698" w:rsidRDefault="00000000">
      <w:pPr>
        <w:spacing w:after="120"/>
      </w:pPr>
      <w:r>
        <w:rPr>
          <w:b/>
        </w:rPr>
        <w:t>8. Záver</w:t>
      </w:r>
    </w:p>
    <w:p w14:paraId="2B2C3B87" w14:textId="77777777" w:rsidR="007C5698" w:rsidRDefault="00000000">
      <w:pPr>
        <w:spacing w:after="120"/>
      </w:pPr>
      <w:r>
        <w:t>Po prerokovaní všetkých bodov programu bolo ustanovujúce zasadnutie Rady školy ukončené.</w:t>
      </w:r>
    </w:p>
    <w:p w14:paraId="5AF4695B" w14:textId="77777777" w:rsidR="007C5698" w:rsidRDefault="007C5698">
      <w:pPr>
        <w:spacing w:after="120"/>
      </w:pPr>
    </w:p>
    <w:p w14:paraId="6D7AB48D" w14:textId="77777777" w:rsidR="007C5698" w:rsidRDefault="00000000">
      <w:pPr>
        <w:spacing w:after="120"/>
      </w:pPr>
      <w:r>
        <w:rPr>
          <w:b/>
        </w:rPr>
        <w:t>Poznámka k zverejneniu:</w:t>
      </w:r>
    </w:p>
    <w:p w14:paraId="176D8607" w14:textId="77777777" w:rsidR="007C5698" w:rsidRDefault="00000000">
      <w:pPr>
        <w:spacing w:after="120"/>
      </w:pPr>
      <w:r>
        <w:t>Táto verzia zápisnice je určená na zverejnenie na webovom sídle školy. Mená a priezviská fyzických osôb, podpisy, prezenčná listina a ďalšie údaje, ktoré nie sú nevyhnutné na informovanie verejnosti o činnosti Rady školy, nie sú v zverejnenej verzii uvedené. Úplné originálne znenie zápisnice zostáva súčasťou dokumentácie Rady školy.</w:t>
      </w:r>
    </w:p>
    <w:sectPr w:rsidR="007C5698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5612443">
    <w:abstractNumId w:val="8"/>
  </w:num>
  <w:num w:numId="2" w16cid:durableId="2032759956">
    <w:abstractNumId w:val="6"/>
  </w:num>
  <w:num w:numId="3" w16cid:durableId="605383359">
    <w:abstractNumId w:val="5"/>
  </w:num>
  <w:num w:numId="4" w16cid:durableId="892666712">
    <w:abstractNumId w:val="4"/>
  </w:num>
  <w:num w:numId="5" w16cid:durableId="1340430458">
    <w:abstractNumId w:val="7"/>
  </w:num>
  <w:num w:numId="6" w16cid:durableId="461196151">
    <w:abstractNumId w:val="3"/>
  </w:num>
  <w:num w:numId="7" w16cid:durableId="1101754801">
    <w:abstractNumId w:val="2"/>
  </w:num>
  <w:num w:numId="8" w16cid:durableId="878396768">
    <w:abstractNumId w:val="1"/>
  </w:num>
  <w:num w:numId="9" w16cid:durableId="977564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C5698"/>
    <w:rsid w:val="00903182"/>
    <w:rsid w:val="00AA1D8D"/>
    <w:rsid w:val="00B47730"/>
    <w:rsid w:val="00CB0664"/>
    <w:rsid w:val="00E96D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E022D8"/>
  <w14:defaultImageDpi w14:val="300"/>
  <w15:docId w15:val="{D76DDE65-C176-4A59-BD01-D7101A27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 ustanovujúceho zasadnutia Rady školy - verzia na web</dc:title>
  <dc:subject/>
  <dc:creator>Zdenka</dc:creator>
  <cp:keywords/>
  <dc:description>generated by python-docx</dc:description>
  <cp:lastModifiedBy>Zdenka</cp:lastModifiedBy>
  <cp:revision>2</cp:revision>
  <dcterms:created xsi:type="dcterms:W3CDTF">2026-09-16T15:33:00Z</dcterms:created>
  <dcterms:modified xsi:type="dcterms:W3CDTF">2026-09-16T15:33:00Z</dcterms:modified>
  <cp:category/>
</cp:coreProperties>
</file>