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65E18C" w14:textId="77777777" w:rsidR="006B1156" w:rsidRDefault="00C5335E">
      <w:pPr>
        <w:spacing w:after="0"/>
        <w:jc w:val="center"/>
      </w:pPr>
      <w:r>
        <w:rPr>
          <w:b/>
        </w:rPr>
        <w:t>MATERSKÁ ŠKOLA, ZÁMUTOV 388</w:t>
      </w:r>
    </w:p>
    <w:p w14:paraId="518A6C15" w14:textId="77777777" w:rsidR="006B1156" w:rsidRDefault="00C5335E">
      <w:pPr>
        <w:spacing w:after="240"/>
        <w:jc w:val="center"/>
      </w:pPr>
      <w:r>
        <w:t>094 15 ZÁMUTOV</w:t>
      </w:r>
    </w:p>
    <w:p w14:paraId="4661529F" w14:textId="77777777" w:rsidR="006B1156" w:rsidRDefault="00C5335E">
      <w:pPr>
        <w:spacing w:after="0"/>
        <w:jc w:val="center"/>
      </w:pPr>
      <w:r>
        <w:rPr>
          <w:b/>
        </w:rPr>
        <w:t>ZÁPISNICA</w:t>
      </w:r>
    </w:p>
    <w:p w14:paraId="1EAB744E" w14:textId="77777777" w:rsidR="006B1156" w:rsidRDefault="00C5335E">
      <w:pPr>
        <w:spacing w:after="240"/>
        <w:jc w:val="center"/>
      </w:pPr>
      <w:r>
        <w:rPr>
          <w:b/>
        </w:rPr>
        <w:t>z mimoriadneho zasadnutia Rady školy pri Materskej škole, Zámutov 388</w:t>
      </w:r>
    </w:p>
    <w:p w14:paraId="3299A64F" w14:textId="77777777" w:rsidR="006B1156" w:rsidRDefault="00C5335E">
      <w:pPr>
        <w:spacing w:after="60"/>
      </w:pPr>
      <w:r>
        <w:rPr>
          <w:b/>
        </w:rPr>
        <w:t>Dátum konania:</w:t>
      </w:r>
      <w:r>
        <w:t xml:space="preserve"> 31. 08. 2026</w:t>
      </w:r>
    </w:p>
    <w:p w14:paraId="4B8DF399" w14:textId="77777777" w:rsidR="006B1156" w:rsidRDefault="00C5335E">
      <w:pPr>
        <w:spacing w:after="60"/>
      </w:pPr>
      <w:r>
        <w:rPr>
          <w:b/>
        </w:rPr>
        <w:t>Miesto konania:</w:t>
      </w:r>
      <w:r>
        <w:t xml:space="preserve"> Materská škola, Zámutov 388</w:t>
      </w:r>
    </w:p>
    <w:p w14:paraId="1FC718B0" w14:textId="77777777" w:rsidR="006B1156" w:rsidRDefault="00C5335E">
      <w:pPr>
        <w:spacing w:after="60"/>
      </w:pPr>
      <w:r>
        <w:rPr>
          <w:b/>
        </w:rPr>
        <w:t>Prítomní:</w:t>
      </w:r>
      <w:r>
        <w:t xml:space="preserve"> 5 členov Rady školy</w:t>
      </w:r>
    </w:p>
    <w:p w14:paraId="340AE531" w14:textId="77777777" w:rsidR="006B1156" w:rsidRDefault="00C5335E">
      <w:pPr>
        <w:spacing w:after="60"/>
      </w:pPr>
      <w:r>
        <w:rPr>
          <w:b/>
        </w:rPr>
        <w:t>Prizvaná:</w:t>
      </w:r>
      <w:r>
        <w:t xml:space="preserve"> riaditeľka Materskej školy, Zámutov 388</w:t>
      </w:r>
    </w:p>
    <w:p w14:paraId="210746B2" w14:textId="77777777" w:rsidR="006B1156" w:rsidRDefault="00C5335E">
      <w:pPr>
        <w:spacing w:after="80"/>
        <w:jc w:val="both"/>
      </w:pPr>
      <w:r>
        <w:rPr>
          <w:b/>
        </w:rPr>
        <w:t>Program zasadnutia</w:t>
      </w:r>
    </w:p>
    <w:p w14:paraId="2F2FCF7D" w14:textId="77777777" w:rsidR="006B1156" w:rsidRDefault="00C5335E">
      <w:pPr>
        <w:spacing w:after="40"/>
        <w:ind w:left="170"/>
      </w:pPr>
      <w:r>
        <w:t>1. Otvorenie zasadnutia.</w:t>
      </w:r>
    </w:p>
    <w:p w14:paraId="5837CA6C" w14:textId="77777777" w:rsidR="006B1156" w:rsidRDefault="00C5335E">
      <w:pPr>
        <w:spacing w:after="40"/>
        <w:ind w:left="170"/>
      </w:pPr>
      <w:r>
        <w:t>2. Oboznámenie členov Rady školy s dôvodom zvolania mimoriadneho zasadnutia.</w:t>
      </w:r>
    </w:p>
    <w:p w14:paraId="6F5D6D2B" w14:textId="77777777" w:rsidR="006B1156" w:rsidRDefault="00C5335E">
      <w:pPr>
        <w:spacing w:after="40"/>
        <w:ind w:left="170"/>
      </w:pPr>
      <w:r>
        <w:t>3. Prerokovanie aktualizovaného Školského poriadku Materskej školy, Zámutov 388.</w:t>
      </w:r>
    </w:p>
    <w:p w14:paraId="6E3205F3" w14:textId="77777777" w:rsidR="006B1156" w:rsidRDefault="00C5335E">
      <w:pPr>
        <w:spacing w:after="40"/>
        <w:ind w:left="170"/>
      </w:pPr>
      <w:r>
        <w:t>4. Diskusia.</w:t>
      </w:r>
    </w:p>
    <w:p w14:paraId="101B3AE2" w14:textId="77777777" w:rsidR="006B1156" w:rsidRDefault="00C5335E">
      <w:pPr>
        <w:spacing w:after="40"/>
        <w:ind w:left="170"/>
      </w:pPr>
      <w:r>
        <w:t>5. Záver.</w:t>
      </w:r>
    </w:p>
    <w:p w14:paraId="7FAEB076" w14:textId="77777777" w:rsidR="006B1156" w:rsidRDefault="00C5335E">
      <w:pPr>
        <w:spacing w:after="100"/>
        <w:jc w:val="both"/>
      </w:pPr>
      <w:r>
        <w:rPr>
          <w:b/>
        </w:rPr>
        <w:t>Priebeh zasadnutia</w:t>
      </w:r>
    </w:p>
    <w:p w14:paraId="6BB4A031" w14:textId="77777777" w:rsidR="006B1156" w:rsidRDefault="00C5335E">
      <w:pPr>
        <w:spacing w:after="60"/>
        <w:jc w:val="both"/>
      </w:pPr>
      <w:r>
        <w:rPr>
          <w:b/>
        </w:rPr>
        <w:t>1. Otvorenie zasadnutia</w:t>
      </w:r>
    </w:p>
    <w:p w14:paraId="0B72656D" w14:textId="77777777" w:rsidR="006B1156" w:rsidRDefault="00C5335E">
      <w:pPr>
        <w:spacing w:after="120"/>
        <w:jc w:val="both"/>
      </w:pPr>
      <w:r>
        <w:t>Predsedníčka Rady školy otvorila mimoriadne zasadnutie Rady školy, privítala prítomných členov a prizvanú riaditeľku materskej školy.</w:t>
      </w:r>
    </w:p>
    <w:p w14:paraId="3EA9B02F" w14:textId="77777777" w:rsidR="006B1156" w:rsidRDefault="00C5335E">
      <w:pPr>
        <w:spacing w:after="60"/>
        <w:jc w:val="both"/>
      </w:pPr>
      <w:r>
        <w:rPr>
          <w:b/>
        </w:rPr>
        <w:t>2. Dôvod zvolania mimoriadneho zasadnutia</w:t>
      </w:r>
    </w:p>
    <w:p w14:paraId="0ED8CDA6" w14:textId="77777777" w:rsidR="006B1156" w:rsidRDefault="00C5335E">
      <w:pPr>
        <w:spacing w:after="120"/>
        <w:jc w:val="both"/>
      </w:pPr>
      <w:r>
        <w:t>Mimoriadne zasadnutie Rady školy bolo zvolané z dôvodu opätovného prerokovania aktualizovaného Školského poriadku Materskej školy, Zámutov 388. Školský poriadok bol prerokovaný už v júni 2026, následne bol v priebehu augusta 2026 doplnený a upravený v nadväznosti na aktuálne legislatívne zmeny pred začiatkom školského roka 2026/2027.</w:t>
      </w:r>
    </w:p>
    <w:p w14:paraId="2E56133A" w14:textId="77777777" w:rsidR="006B1156" w:rsidRDefault="00C5335E">
      <w:pPr>
        <w:spacing w:after="60"/>
        <w:jc w:val="both"/>
      </w:pPr>
      <w:r>
        <w:rPr>
          <w:b/>
        </w:rPr>
        <w:t>3. Prerokovanie aktualizovaného Školského poriadku</w:t>
      </w:r>
    </w:p>
    <w:p w14:paraId="372C5B35" w14:textId="77777777" w:rsidR="006B1156" w:rsidRDefault="00C5335E">
      <w:pPr>
        <w:spacing w:after="120"/>
        <w:jc w:val="both"/>
      </w:pPr>
      <w:r>
        <w:t>Riaditeľka materskej školy oboznámila členov Rady školy s aktualizovaným znením Školského poriadku Materskej školy, Zámutov 388 a so zmenami vykonanými po jeho júnovom prerokovaní. Členovia Rady školy mali možnosť k predloženému dokumentu vyjadriť svoje pripomienky a stanoviská.</w:t>
      </w:r>
    </w:p>
    <w:p w14:paraId="3BB3D081" w14:textId="77777777" w:rsidR="006B1156" w:rsidRDefault="00C5335E">
      <w:pPr>
        <w:spacing w:after="120"/>
        <w:jc w:val="both"/>
      </w:pPr>
      <w:r>
        <w:t>Rada školy prerokovala aktualizovaný Školský poriadok Materskej školy, Zámutov 388.</w:t>
      </w:r>
    </w:p>
    <w:p w14:paraId="7C52ACF1" w14:textId="77777777" w:rsidR="006B1156" w:rsidRDefault="00C5335E">
      <w:pPr>
        <w:spacing w:after="60"/>
        <w:jc w:val="both"/>
      </w:pPr>
      <w:r>
        <w:rPr>
          <w:b/>
        </w:rPr>
        <w:t>4. Diskusia</w:t>
      </w:r>
    </w:p>
    <w:p w14:paraId="0AC18FB7" w14:textId="77777777" w:rsidR="006B1156" w:rsidRDefault="00C5335E">
      <w:pPr>
        <w:spacing w:after="120"/>
        <w:jc w:val="both"/>
      </w:pPr>
      <w:r>
        <w:t>V diskusii mali členovia Rady školy možnosť vyjadriť sa k prerokovanému dokumentu a k organizačným otázkam súvisiacim so začiatkom školského roka 2026/2027.</w:t>
      </w:r>
    </w:p>
    <w:p w14:paraId="3EB32431" w14:textId="77777777" w:rsidR="006B1156" w:rsidRDefault="00C5335E">
      <w:pPr>
        <w:spacing w:after="80"/>
        <w:jc w:val="both"/>
      </w:pPr>
      <w:r>
        <w:rPr>
          <w:b/>
        </w:rPr>
        <w:t>Uznesenie č. 1/31.08.2026</w:t>
      </w:r>
    </w:p>
    <w:p w14:paraId="798034ED" w14:textId="77777777" w:rsidR="006B1156" w:rsidRDefault="00C5335E">
      <w:pPr>
        <w:spacing w:after="120"/>
        <w:jc w:val="both"/>
      </w:pPr>
      <w:r>
        <w:t>Rada školy pri Materskej škole, Zámutov 388 konštatuje, že na zasadnutí bolo prítomných 5 z 9 členov Rady školy a Rada školy bola uznášaniaschopná.</w:t>
      </w:r>
    </w:p>
    <w:p w14:paraId="467B7317" w14:textId="77777777" w:rsidR="006B1156" w:rsidRDefault="00C5335E">
      <w:pPr>
        <w:spacing w:after="120"/>
        <w:jc w:val="both"/>
      </w:pPr>
      <w:r>
        <w:lastRenderedPageBreak/>
        <w:t>Rada školy prerokovala aktualizovaný Školský poriadok Materskej školy, Zámutov 388, predložený riaditeľkou školy, ktorý bol v auguste 2026 doplnený a aktualizovaný.</w:t>
      </w:r>
    </w:p>
    <w:p w14:paraId="08FB111A" w14:textId="77777777" w:rsidR="006B1156" w:rsidRDefault="00C5335E">
      <w:pPr>
        <w:spacing w:after="80"/>
      </w:pPr>
      <w:r>
        <w:rPr>
          <w:b/>
        </w:rPr>
        <w:t xml:space="preserve">Hlasovanie: </w:t>
      </w:r>
      <w:r>
        <w:t>Za: 5     Proti: 0     Zdržal sa: 0</w:t>
      </w:r>
    </w:p>
    <w:p w14:paraId="22CBBA76" w14:textId="77777777" w:rsidR="006B1156" w:rsidRDefault="00C5335E">
      <w:pPr>
        <w:spacing w:after="160"/>
        <w:jc w:val="both"/>
      </w:pPr>
      <w:r>
        <w:rPr>
          <w:b/>
        </w:rPr>
        <w:t>Uznesenie bolo prijaté.</w:t>
      </w:r>
    </w:p>
    <w:p w14:paraId="7CBCF431" w14:textId="77777777" w:rsidR="006B1156" w:rsidRDefault="00C5335E">
      <w:pPr>
        <w:spacing w:after="60"/>
        <w:jc w:val="both"/>
      </w:pPr>
      <w:r>
        <w:rPr>
          <w:b/>
        </w:rPr>
        <w:t>5. Záver</w:t>
      </w:r>
    </w:p>
    <w:p w14:paraId="77F0E5E5" w14:textId="77777777" w:rsidR="006B1156" w:rsidRDefault="00C5335E">
      <w:pPr>
        <w:spacing w:after="120"/>
        <w:jc w:val="both"/>
      </w:pPr>
      <w:r>
        <w:t>Predsedníčka Rady školy po prerokovaní programu zasadnutie ukončila a poďakovala prítomným za účasť.</w:t>
      </w:r>
    </w:p>
    <w:p w14:paraId="6FB08A2F" w14:textId="77777777" w:rsidR="006B1156" w:rsidRDefault="00C5335E">
      <w:pPr>
        <w:spacing w:after="240"/>
        <w:jc w:val="both"/>
      </w:pPr>
      <w:r>
        <w:t>V Zámutove dňa 31. 08. 2026</w:t>
      </w:r>
    </w:p>
    <w:p w14:paraId="62B220FD" w14:textId="77777777" w:rsidR="006B1156" w:rsidRDefault="00C5335E">
      <w:pPr>
        <w:jc w:val="both"/>
      </w:pPr>
      <w:r>
        <w:rPr>
          <w:i/>
          <w:sz w:val="20"/>
        </w:rPr>
        <w:t>Zverejnená verzia zápisnice neobsahuje podpisy ani prezenčnú listinu. Originál zápisnice s podpismi a prezenčnou listinou je uložený v dokumentácii Rady školy pri Materskej škole, Zámutov 388.</w:t>
      </w:r>
    </w:p>
    <w:sectPr w:rsidR="006B1156" w:rsidSect="00034616">
      <w:pgSz w:w="12240" w:h="15840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04101152">
    <w:abstractNumId w:val="8"/>
  </w:num>
  <w:num w:numId="2" w16cid:durableId="910696900">
    <w:abstractNumId w:val="6"/>
  </w:num>
  <w:num w:numId="3" w16cid:durableId="663237526">
    <w:abstractNumId w:val="5"/>
  </w:num>
  <w:num w:numId="4" w16cid:durableId="1305428869">
    <w:abstractNumId w:val="4"/>
  </w:num>
  <w:num w:numId="5" w16cid:durableId="1639141993">
    <w:abstractNumId w:val="7"/>
  </w:num>
  <w:num w:numId="6" w16cid:durableId="2096509336">
    <w:abstractNumId w:val="3"/>
  </w:num>
  <w:num w:numId="7" w16cid:durableId="17507501">
    <w:abstractNumId w:val="2"/>
  </w:num>
  <w:num w:numId="8" w16cid:durableId="775760121">
    <w:abstractNumId w:val="1"/>
  </w:num>
  <w:num w:numId="9" w16cid:durableId="6862477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6358D"/>
    <w:rsid w:val="006B1156"/>
    <w:rsid w:val="00AA1D8D"/>
    <w:rsid w:val="00B47730"/>
    <w:rsid w:val="00C5335E"/>
    <w:rsid w:val="00CB0664"/>
    <w:rsid w:val="00D4373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A52E5A"/>
  <w14:defaultImageDpi w14:val="300"/>
  <w15:docId w15:val="{0BB9E9AA-EFDA-4661-AB9D-D1F6A17FF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468F0CE-BC42-43AE-AD80-42D1CD2663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355</Words>
  <Characters>2026</Characters>
  <Application>Microsoft Office Word</Application>
  <DocSecurity>0</DocSecurity>
  <Lines>16</Lines>
  <Paragraphs>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2377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Zdenka</cp:lastModifiedBy>
  <cp:revision>2</cp:revision>
  <dcterms:created xsi:type="dcterms:W3CDTF">2026-09-17T14:41:00Z</dcterms:created>
  <dcterms:modified xsi:type="dcterms:W3CDTF">2026-09-17T14:41:00Z</dcterms:modified>
</cp:coreProperties>
</file>