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11D37" w14:textId="77777777" w:rsidR="00E204E7" w:rsidRDefault="00000000">
      <w:pPr>
        <w:spacing w:after="0" w:line="240" w:lineRule="auto"/>
        <w:jc w:val="center"/>
      </w:pPr>
      <w:r>
        <w:rPr>
          <w:b/>
        </w:rPr>
        <w:t>RADA ŠKOLY PRI MATERSKEJ ŠKOLE ZÁMUTOV 388</w:t>
      </w:r>
    </w:p>
    <w:p w14:paraId="15CA7EF4" w14:textId="77777777" w:rsidR="00E204E7" w:rsidRDefault="00000000">
      <w:pPr>
        <w:spacing w:after="0" w:line="240" w:lineRule="auto"/>
        <w:jc w:val="center"/>
      </w:pPr>
      <w:r>
        <w:rPr>
          <w:b/>
        </w:rPr>
        <w:t>ZÁPISNICA</w:t>
      </w:r>
    </w:p>
    <w:p w14:paraId="1475246B" w14:textId="77777777" w:rsidR="00E204E7" w:rsidRDefault="00000000">
      <w:pPr>
        <w:spacing w:line="240" w:lineRule="auto"/>
        <w:jc w:val="center"/>
      </w:pPr>
      <w:r>
        <w:t>zo zasadnutia Rady školy pri Materskej škole Zámutov 388</w:t>
      </w:r>
    </w:p>
    <w:p w14:paraId="6D02E52D" w14:textId="77777777" w:rsidR="00E204E7" w:rsidRDefault="00000000">
      <w:pPr>
        <w:spacing w:after="0" w:line="240" w:lineRule="auto"/>
      </w:pPr>
      <w:r>
        <w:t>Dátum konania: 17. 9. 2026</w:t>
      </w:r>
    </w:p>
    <w:p w14:paraId="231ED40E" w14:textId="77777777" w:rsidR="00E204E7" w:rsidRDefault="00000000">
      <w:pPr>
        <w:spacing w:after="0" w:line="240" w:lineRule="auto"/>
      </w:pPr>
      <w:r>
        <w:t>Miesto konania: Materská škola Zámutov 388</w:t>
      </w:r>
    </w:p>
    <w:p w14:paraId="70B9D55B" w14:textId="77777777" w:rsidR="00E204E7" w:rsidRDefault="00000000">
      <w:pPr>
        <w:spacing w:after="0" w:line="240" w:lineRule="auto"/>
      </w:pPr>
      <w:r>
        <w:t>Prítomní: členovia Rady školy podľa prezenčnej listiny</w:t>
      </w:r>
    </w:p>
    <w:p w14:paraId="243AEDB6" w14:textId="77777777" w:rsidR="00E204E7" w:rsidRDefault="00000000">
      <w:pPr>
        <w:spacing w:line="240" w:lineRule="auto"/>
      </w:pPr>
      <w:r>
        <w:t>Prizvaná: riaditeľka Materskej školy Zámutov 388</w:t>
      </w:r>
    </w:p>
    <w:p w14:paraId="03BE1718" w14:textId="77777777" w:rsidR="00E204E7" w:rsidRDefault="00000000">
      <w:pPr>
        <w:spacing w:after="60" w:line="240" w:lineRule="auto"/>
      </w:pPr>
      <w:r>
        <w:rPr>
          <w:b/>
        </w:rPr>
        <w:t>Program</w:t>
      </w:r>
    </w:p>
    <w:p w14:paraId="2E889B22" w14:textId="77777777" w:rsidR="00E204E7" w:rsidRDefault="00000000">
      <w:pPr>
        <w:spacing w:after="0" w:line="240" w:lineRule="auto"/>
      </w:pPr>
      <w:r>
        <w:t>1. Otvorenie zasadnutia.</w:t>
      </w:r>
    </w:p>
    <w:p w14:paraId="49B42FA8" w14:textId="77777777" w:rsidR="00E204E7" w:rsidRDefault="00000000">
      <w:pPr>
        <w:spacing w:after="0" w:line="240" w:lineRule="auto"/>
      </w:pPr>
      <w:r>
        <w:t>2. Kontrola uznášaniaschopnosti Rady školy.</w:t>
      </w:r>
    </w:p>
    <w:p w14:paraId="209524BD" w14:textId="77777777" w:rsidR="00E204E7" w:rsidRDefault="00000000">
      <w:pPr>
        <w:spacing w:after="0" w:line="240" w:lineRule="auto"/>
      </w:pPr>
      <w:r>
        <w:t>3. Oboznámenie s dôvodom vypracovania Dodatku č. 1 k Školskému poriadku Materskej školy Zámutov 388.</w:t>
      </w:r>
    </w:p>
    <w:p w14:paraId="14AF1EEF" w14:textId="77777777" w:rsidR="00E204E7" w:rsidRDefault="00000000">
      <w:pPr>
        <w:spacing w:after="0" w:line="240" w:lineRule="auto"/>
      </w:pPr>
      <w:r>
        <w:t>4. Prerokovanie Dodatku č. 1 k Školskému poriadku Materskej školy Zámutov 388.</w:t>
      </w:r>
    </w:p>
    <w:p w14:paraId="1D427A1D" w14:textId="77777777" w:rsidR="00E204E7" w:rsidRDefault="00000000">
      <w:pPr>
        <w:spacing w:after="0" w:line="240" w:lineRule="auto"/>
      </w:pPr>
      <w:r>
        <w:t>5. Prijatie uznesenia.</w:t>
      </w:r>
    </w:p>
    <w:p w14:paraId="1A53625C" w14:textId="77777777" w:rsidR="00E204E7" w:rsidRDefault="00000000">
      <w:pPr>
        <w:spacing w:after="0" w:line="240" w:lineRule="auto"/>
      </w:pPr>
      <w:r>
        <w:t>6. Záver.</w:t>
      </w:r>
    </w:p>
    <w:p w14:paraId="0BF12344" w14:textId="77777777" w:rsidR="00E204E7" w:rsidRDefault="00E204E7">
      <w:pPr>
        <w:spacing w:after="40" w:line="240" w:lineRule="auto"/>
      </w:pPr>
    </w:p>
    <w:p w14:paraId="3CE291E3" w14:textId="77777777" w:rsidR="00E204E7" w:rsidRDefault="00000000">
      <w:pPr>
        <w:spacing w:after="60" w:line="240" w:lineRule="auto"/>
      </w:pPr>
      <w:r>
        <w:rPr>
          <w:b/>
        </w:rPr>
        <w:t>Priebeh zasadnutia</w:t>
      </w:r>
    </w:p>
    <w:p w14:paraId="5B03956B" w14:textId="77777777" w:rsidR="00E204E7" w:rsidRDefault="00000000">
      <w:pPr>
        <w:spacing w:after="80" w:line="240" w:lineRule="auto"/>
        <w:ind w:firstLine="709"/>
      </w:pPr>
      <w:r>
        <w:t>Predseda Rady školy otvoril zasadnutie, privítal prítomných členov Rady školy a prizvanú riaditeľku Materskej školy Zámutov 388. Prítomných oboznámil s programom zasadnutia.</w:t>
      </w:r>
    </w:p>
    <w:p w14:paraId="33880F8D" w14:textId="77777777" w:rsidR="00E204E7" w:rsidRDefault="00000000">
      <w:pPr>
        <w:spacing w:after="80" w:line="240" w:lineRule="auto"/>
        <w:ind w:firstLine="709"/>
      </w:pPr>
      <w:r>
        <w:t>Na základe prezenčnej listiny bolo konštatované, že Rada školy je uznášaniaschopná.</w:t>
      </w:r>
    </w:p>
    <w:p w14:paraId="05C95A5C" w14:textId="77777777" w:rsidR="00E204E7" w:rsidRDefault="00000000">
      <w:pPr>
        <w:spacing w:after="80" w:line="240" w:lineRule="auto"/>
        <w:ind w:firstLine="709"/>
      </w:pPr>
      <w:r>
        <w:t>Riaditeľka Materskej školy Zámutov 388 oboznámila členov Rady školy s dôvodom vypracovania Dodatku č. 1 k Školskému poriadku Materskej školy Zámutov 388.</w:t>
      </w:r>
    </w:p>
    <w:p w14:paraId="189C2F80" w14:textId="77777777" w:rsidR="00E204E7" w:rsidRDefault="00000000">
      <w:pPr>
        <w:spacing w:after="80" w:line="240" w:lineRule="auto"/>
        <w:ind w:firstLine="709"/>
      </w:pPr>
      <w:r>
        <w:t>Uviedla, že aktualizované znenie školského poriadku bolo pedagogickou radou prerokované dňa 28. 8. 2026. Po zasadnutí pedagogickej rady bolo škole dňa 28. 8. 2026 doručené písomné oznámenie zriaďovateľa týkajúce sa personálnych zmien účinných od 1. 9. 2026.</w:t>
      </w:r>
    </w:p>
    <w:p w14:paraId="3AD6FE31" w14:textId="77777777" w:rsidR="00E204E7" w:rsidRDefault="00000000">
      <w:pPr>
        <w:spacing w:after="80" w:line="240" w:lineRule="auto"/>
        <w:ind w:firstLine="709"/>
      </w:pPr>
      <w:r>
        <w:t>Dodatkom č. 1 sa aktualizujú údaje súvisiace s personálnymi zmenami vedúcej školskej jedálne a kuchárok, ktoré od 1. 9. 2026 nie sú zamestnankyňami Materskej školy Zámutov 388.</w:t>
      </w:r>
    </w:p>
    <w:p w14:paraId="64E27C95" w14:textId="77777777" w:rsidR="00E204E7" w:rsidRDefault="00000000">
      <w:pPr>
        <w:spacing w:after="80" w:line="240" w:lineRule="auto"/>
        <w:ind w:firstLine="709"/>
      </w:pPr>
      <w:r>
        <w:t>Riaditeľka zároveň informovala, že Dodatkom č. 1 sa nemení samotný status školskej jedálne ani sa ním definitívne neupravuje organizačné zabezpečenie školského stravovania, keďže v tejto veci materská škola naďalej čaká na príslušné stanovisko a podklady.</w:t>
      </w:r>
    </w:p>
    <w:p w14:paraId="5FD257B6" w14:textId="77777777" w:rsidR="00E204E7" w:rsidRDefault="00000000">
      <w:pPr>
        <w:spacing w:after="80" w:line="240" w:lineRule="auto"/>
        <w:ind w:firstLine="709"/>
      </w:pPr>
      <w:r>
        <w:t>Dodatok č. 1 bol prerokovaný pedagogickou radou Materskej školy Zámutov 388 dňa 16. 9. 2026.</w:t>
      </w:r>
    </w:p>
    <w:p w14:paraId="237BDD6D" w14:textId="77777777" w:rsidR="00E204E7" w:rsidRDefault="00000000">
      <w:pPr>
        <w:spacing w:after="80" w:line="240" w:lineRule="auto"/>
        <w:ind w:firstLine="709"/>
      </w:pPr>
      <w:r>
        <w:t>Členovia Rady školy sa oboznámili s obsahom Dodatku č. 1 a následne ho prerokovali. Následne pristúpili k hlasovaniu o návrhu uznesenia.</w:t>
      </w:r>
    </w:p>
    <w:p w14:paraId="61EA5F2F" w14:textId="77777777" w:rsidR="00E204E7" w:rsidRDefault="00000000">
      <w:pPr>
        <w:spacing w:after="60" w:line="240" w:lineRule="auto"/>
      </w:pPr>
      <w:r>
        <w:rPr>
          <w:b/>
        </w:rPr>
        <w:t>Prijaté uznesenia</w:t>
      </w:r>
    </w:p>
    <w:p w14:paraId="77527DF0" w14:textId="77777777" w:rsidR="00E204E7" w:rsidRDefault="00000000">
      <w:pPr>
        <w:spacing w:after="0" w:line="240" w:lineRule="auto"/>
      </w:pPr>
      <w:r>
        <w:rPr>
          <w:b/>
        </w:rPr>
        <w:t>Uznesenie č. 1/17.09.2026</w:t>
      </w:r>
    </w:p>
    <w:p w14:paraId="32B667A9" w14:textId="77777777" w:rsidR="00E204E7" w:rsidRDefault="00000000">
      <w:pPr>
        <w:spacing w:after="80" w:line="240" w:lineRule="auto"/>
        <w:ind w:firstLine="709"/>
      </w:pPr>
      <w:r>
        <w:t>Rada školy pri Materskej škole Zámutov 388 prerokovala Dodatok č. 1 k Školskému poriadku Materskej školy Zámutov 388, ktorým sa aktualizujú údaje súvisiace s personálnymi zmenami vedúcej školskej jedálne a kuchárok od 1. 9. 2026.</w:t>
      </w:r>
    </w:p>
    <w:p w14:paraId="1AB38175" w14:textId="77777777" w:rsidR="00E204E7" w:rsidRDefault="00000000">
      <w:pPr>
        <w:spacing w:after="0" w:line="240" w:lineRule="auto"/>
      </w:pPr>
      <w:r>
        <w:t>Hlasovanie: za – 4, proti – 0, zdržal sa – 0.</w:t>
      </w:r>
    </w:p>
    <w:p w14:paraId="737A2EC8" w14:textId="77777777" w:rsidR="00E204E7" w:rsidRDefault="00000000">
      <w:pPr>
        <w:spacing w:line="240" w:lineRule="auto"/>
      </w:pPr>
      <w:r>
        <w:t>Uznesenie bolo prijaté.</w:t>
      </w:r>
    </w:p>
    <w:p w14:paraId="3161A139" w14:textId="77777777" w:rsidR="00E204E7" w:rsidRDefault="00000000">
      <w:pPr>
        <w:spacing w:after="240" w:line="240" w:lineRule="auto"/>
      </w:pPr>
      <w:r>
        <w:t>V Zámutove dňa 17. 9. 2026</w:t>
      </w:r>
    </w:p>
    <w:sectPr w:rsidR="00E204E7" w:rsidSect="00034616">
      <w:footerReference w:type="default" r:id="rId8"/>
      <w:pgSz w:w="12240" w:h="15840"/>
      <w:pgMar w:top="1134"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58C4B" w14:textId="77777777" w:rsidR="00EC3E84" w:rsidRDefault="00EC3E84">
      <w:pPr>
        <w:spacing w:after="0" w:line="240" w:lineRule="auto"/>
      </w:pPr>
      <w:r>
        <w:separator/>
      </w:r>
    </w:p>
  </w:endnote>
  <w:endnote w:type="continuationSeparator" w:id="0">
    <w:p w14:paraId="1BA80C9D" w14:textId="77777777" w:rsidR="00EC3E84" w:rsidRDefault="00EC3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A33CC" w14:textId="77777777" w:rsidR="00E204E7" w:rsidRDefault="00000000">
    <w:pPr>
      <w:pStyle w:val="Pta"/>
      <w:jc w:val="center"/>
    </w:pPr>
    <w:proofErr w:type="spellStart"/>
    <w:r>
      <w:rPr>
        <w:sz w:val="18"/>
      </w:rPr>
      <w:t>Verzia</w:t>
    </w:r>
    <w:proofErr w:type="spellEnd"/>
    <w:r>
      <w:rPr>
        <w:sz w:val="18"/>
      </w:rPr>
      <w:t xml:space="preserve"> </w:t>
    </w:r>
    <w:proofErr w:type="spellStart"/>
    <w:r>
      <w:rPr>
        <w:sz w:val="18"/>
      </w:rPr>
      <w:t>určená</w:t>
    </w:r>
    <w:proofErr w:type="spellEnd"/>
    <w:r>
      <w:rPr>
        <w:sz w:val="18"/>
      </w:rPr>
      <w:t xml:space="preserve"> </w:t>
    </w:r>
    <w:proofErr w:type="spellStart"/>
    <w:r>
      <w:rPr>
        <w:sz w:val="18"/>
      </w:rPr>
      <w:t>na</w:t>
    </w:r>
    <w:proofErr w:type="spellEnd"/>
    <w:r>
      <w:rPr>
        <w:sz w:val="18"/>
      </w:rPr>
      <w:t xml:space="preserve"> </w:t>
    </w:r>
    <w:proofErr w:type="spellStart"/>
    <w:r>
      <w:rPr>
        <w:sz w:val="18"/>
      </w:rPr>
      <w:t>zverejnenie</w:t>
    </w:r>
    <w:proofErr w:type="spellEnd"/>
    <w:r>
      <w:rPr>
        <w:sz w:val="18"/>
      </w:rPr>
      <w:t xml:space="preserve"> – bez </w:t>
    </w:r>
    <w:proofErr w:type="spellStart"/>
    <w:r>
      <w:rPr>
        <w:sz w:val="18"/>
      </w:rPr>
      <w:t>podpisov</w:t>
    </w:r>
    <w:proofErr w:type="spellEnd"/>
    <w:r>
      <w:rPr>
        <w:sz w:val="18"/>
      </w:rPr>
      <w:t xml:space="preserve"> a </w:t>
    </w:r>
    <w:proofErr w:type="spellStart"/>
    <w:r>
      <w:rPr>
        <w:sz w:val="18"/>
      </w:rPr>
      <w:t>ďalších</w:t>
    </w:r>
    <w:proofErr w:type="spellEnd"/>
    <w:r>
      <w:rPr>
        <w:sz w:val="18"/>
      </w:rPr>
      <w:t xml:space="preserve"> </w:t>
    </w:r>
    <w:proofErr w:type="spellStart"/>
    <w:r>
      <w:rPr>
        <w:sz w:val="18"/>
      </w:rPr>
      <w:t>osobných</w:t>
    </w:r>
    <w:proofErr w:type="spellEnd"/>
    <w:r>
      <w:rPr>
        <w:sz w:val="18"/>
      </w:rPr>
      <w:t xml:space="preserve"> </w:t>
    </w:r>
    <w:proofErr w:type="spellStart"/>
    <w:r>
      <w:rPr>
        <w:sz w:val="18"/>
      </w:rPr>
      <w:t>údajov</w:t>
    </w:r>
    <w:proofErr w:type="spellEnd"/>
    <w:r>
      <w:rPr>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656697" w14:textId="77777777" w:rsidR="00EC3E84" w:rsidRDefault="00EC3E84">
      <w:pPr>
        <w:spacing w:after="0" w:line="240" w:lineRule="auto"/>
      </w:pPr>
      <w:r>
        <w:separator/>
      </w:r>
    </w:p>
  </w:footnote>
  <w:footnote w:type="continuationSeparator" w:id="0">
    <w:p w14:paraId="4623D39A" w14:textId="77777777" w:rsidR="00EC3E84" w:rsidRDefault="00EC3E8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zo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zo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Zo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Zo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zo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Zoznamsodrkami"/>
      <w:lvlText w:val=""/>
      <w:lvlJc w:val="left"/>
      <w:pPr>
        <w:tabs>
          <w:tab w:val="num" w:pos="360"/>
        </w:tabs>
        <w:ind w:left="360" w:hanging="360"/>
      </w:pPr>
      <w:rPr>
        <w:rFonts w:ascii="Symbol" w:hAnsi="Symbol" w:hint="default"/>
      </w:rPr>
    </w:lvl>
  </w:abstractNum>
  <w:num w:numId="1" w16cid:durableId="1752121658">
    <w:abstractNumId w:val="8"/>
  </w:num>
  <w:num w:numId="2" w16cid:durableId="323357546">
    <w:abstractNumId w:val="6"/>
  </w:num>
  <w:num w:numId="3" w16cid:durableId="242296155">
    <w:abstractNumId w:val="5"/>
  </w:num>
  <w:num w:numId="4" w16cid:durableId="817110059">
    <w:abstractNumId w:val="4"/>
  </w:num>
  <w:num w:numId="5" w16cid:durableId="92556057">
    <w:abstractNumId w:val="7"/>
  </w:num>
  <w:num w:numId="6" w16cid:durableId="2064676620">
    <w:abstractNumId w:val="3"/>
  </w:num>
  <w:num w:numId="7" w16cid:durableId="1988631677">
    <w:abstractNumId w:val="2"/>
  </w:num>
  <w:num w:numId="8" w16cid:durableId="1433819870">
    <w:abstractNumId w:val="1"/>
  </w:num>
  <w:num w:numId="9" w16cid:durableId="1582451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7061C"/>
    <w:rsid w:val="00903182"/>
    <w:rsid w:val="00AA1D8D"/>
    <w:rsid w:val="00B47730"/>
    <w:rsid w:val="00CB0664"/>
    <w:rsid w:val="00E204E7"/>
    <w:rsid w:val="00EC3E8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175374"/>
  <w14:defaultImageDpi w14:val="300"/>
  <w15:docId w15:val="{D76DDE65-C176-4A59-BD01-D7101A27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C693F"/>
    <w:rPr>
      <w:rFonts w:ascii="Times New Roman" w:eastAsia="Times New Roman" w:hAnsi="Times New Roman"/>
      <w:sz w:val="24"/>
    </w:rPr>
  </w:style>
  <w:style w:type="paragraph" w:styleId="Nadpis1">
    <w:name w:val="heading 1"/>
    <w:basedOn w:val="Normlny"/>
    <w:next w:val="Normlny"/>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y"/>
    <w:next w:val="Normlny"/>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y"/>
    <w:next w:val="Normlny"/>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y"/>
    <w:next w:val="Normlny"/>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y"/>
    <w:next w:val="Normlny"/>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y"/>
    <w:next w:val="Normlny"/>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618BF"/>
    <w:pPr>
      <w:tabs>
        <w:tab w:val="center" w:pos="4680"/>
        <w:tab w:val="right" w:pos="9360"/>
      </w:tabs>
      <w:spacing w:after="0" w:line="240" w:lineRule="auto"/>
    </w:pPr>
  </w:style>
  <w:style w:type="character" w:customStyle="1" w:styleId="HlavikaChar">
    <w:name w:val="Hlavička Char"/>
    <w:basedOn w:val="Predvolenpsmoodseku"/>
    <w:link w:val="Hlavika"/>
    <w:uiPriority w:val="99"/>
    <w:rsid w:val="00E618BF"/>
  </w:style>
  <w:style w:type="paragraph" w:styleId="Pta">
    <w:name w:val="footer"/>
    <w:basedOn w:val="Normlny"/>
    <w:link w:val="PtaChar"/>
    <w:uiPriority w:val="99"/>
    <w:unhideWhenUsed/>
    <w:rsid w:val="00E618BF"/>
    <w:pPr>
      <w:tabs>
        <w:tab w:val="center" w:pos="4680"/>
        <w:tab w:val="right" w:pos="9360"/>
      </w:tabs>
      <w:spacing w:after="0" w:line="240" w:lineRule="auto"/>
    </w:pPr>
  </w:style>
  <w:style w:type="character" w:customStyle="1" w:styleId="PtaChar">
    <w:name w:val="Päta Char"/>
    <w:basedOn w:val="Predvolenpsmoodseku"/>
    <w:link w:val="Pta"/>
    <w:uiPriority w:val="99"/>
    <w:rsid w:val="00E618BF"/>
  </w:style>
  <w:style w:type="paragraph" w:styleId="Bezriadkovania">
    <w:name w:val="No Spacing"/>
    <w:uiPriority w:val="1"/>
    <w:qFormat/>
    <w:rsid w:val="00FC693F"/>
    <w:pPr>
      <w:spacing w:after="0" w:line="240" w:lineRule="auto"/>
    </w:pPr>
  </w:style>
  <w:style w:type="character" w:customStyle="1" w:styleId="Nadpis1Char">
    <w:name w:val="Nadpis 1 Char"/>
    <w:basedOn w:val="Predvolenpsmoodseku"/>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Predvolenpsmoodseku"/>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C693F"/>
    <w:rPr>
      <w:rFonts w:asciiTheme="majorHAnsi" w:eastAsiaTheme="majorEastAsia" w:hAnsiTheme="majorHAnsi" w:cstheme="majorBidi"/>
      <w:b/>
      <w:bCs/>
      <w:color w:val="4F81BD" w:themeColor="accent1"/>
    </w:rPr>
  </w:style>
  <w:style w:type="paragraph" w:styleId="Nzov">
    <w:name w:val="Title"/>
    <w:basedOn w:val="Normlny"/>
    <w:next w:val="Normlny"/>
    <w:link w:val="Nz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ovChar">
    <w:name w:val="Názov Char"/>
    <w:basedOn w:val="Predvolenpsmoodseku"/>
    <w:link w:val="Nz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itul">
    <w:name w:val="Subtitle"/>
    <w:basedOn w:val="Normlny"/>
    <w:next w:val="Normlny"/>
    <w:link w:val="Podtitul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odtitulChar">
    <w:name w:val="Podtitul Char"/>
    <w:basedOn w:val="Predvolenpsmoodseku"/>
    <w:link w:val="Podtitul"/>
    <w:uiPriority w:val="11"/>
    <w:rsid w:val="00FC693F"/>
    <w:rPr>
      <w:rFonts w:asciiTheme="majorHAnsi" w:eastAsiaTheme="majorEastAsia" w:hAnsiTheme="majorHAnsi" w:cstheme="majorBidi"/>
      <w:i/>
      <w:iCs/>
      <w:color w:val="4F81BD" w:themeColor="accent1"/>
      <w:spacing w:val="15"/>
      <w:sz w:val="24"/>
      <w:szCs w:val="24"/>
    </w:rPr>
  </w:style>
  <w:style w:type="paragraph" w:styleId="Odsekzoznamu">
    <w:name w:val="List Paragraph"/>
    <w:basedOn w:val="Normlny"/>
    <w:uiPriority w:val="34"/>
    <w:qFormat/>
    <w:rsid w:val="00FC693F"/>
    <w:pPr>
      <w:ind w:left="720"/>
      <w:contextualSpacing/>
    </w:pPr>
  </w:style>
  <w:style w:type="paragraph" w:styleId="Zkladntext">
    <w:name w:val="Body Text"/>
    <w:basedOn w:val="Normlny"/>
    <w:link w:val="ZkladntextChar"/>
    <w:uiPriority w:val="99"/>
    <w:unhideWhenUsed/>
    <w:rsid w:val="00AA1D8D"/>
    <w:pPr>
      <w:spacing w:after="120"/>
    </w:pPr>
  </w:style>
  <w:style w:type="character" w:customStyle="1" w:styleId="ZkladntextChar">
    <w:name w:val="Základný text Char"/>
    <w:basedOn w:val="Predvolenpsmoodseku"/>
    <w:link w:val="Zkladntext"/>
    <w:uiPriority w:val="99"/>
    <w:rsid w:val="00AA1D8D"/>
  </w:style>
  <w:style w:type="paragraph" w:styleId="Zkladntext2">
    <w:name w:val="Body Text 2"/>
    <w:basedOn w:val="Normlny"/>
    <w:link w:val="Zkladntext2Char"/>
    <w:uiPriority w:val="99"/>
    <w:unhideWhenUsed/>
    <w:rsid w:val="00AA1D8D"/>
    <w:pPr>
      <w:spacing w:after="120" w:line="480" w:lineRule="auto"/>
    </w:pPr>
  </w:style>
  <w:style w:type="character" w:customStyle="1" w:styleId="Zkladntext2Char">
    <w:name w:val="Základný text 2 Char"/>
    <w:basedOn w:val="Predvolenpsmoodseku"/>
    <w:link w:val="Zkladntext2"/>
    <w:uiPriority w:val="99"/>
    <w:rsid w:val="00AA1D8D"/>
  </w:style>
  <w:style w:type="paragraph" w:styleId="Zkladntext3">
    <w:name w:val="Body Text 3"/>
    <w:basedOn w:val="Normlny"/>
    <w:link w:val="Zkladntext3Char"/>
    <w:uiPriority w:val="99"/>
    <w:unhideWhenUsed/>
    <w:rsid w:val="00AA1D8D"/>
    <w:pPr>
      <w:spacing w:after="120"/>
    </w:pPr>
    <w:rPr>
      <w:sz w:val="16"/>
      <w:szCs w:val="16"/>
    </w:rPr>
  </w:style>
  <w:style w:type="character" w:customStyle="1" w:styleId="Zkladntext3Char">
    <w:name w:val="Základný text 3 Char"/>
    <w:basedOn w:val="Predvolenpsmoodseku"/>
    <w:link w:val="Zkladntext3"/>
    <w:uiPriority w:val="99"/>
    <w:rsid w:val="00AA1D8D"/>
    <w:rPr>
      <w:sz w:val="16"/>
      <w:szCs w:val="16"/>
    </w:rPr>
  </w:style>
  <w:style w:type="paragraph" w:styleId="Zoznam">
    <w:name w:val="List"/>
    <w:basedOn w:val="Normlny"/>
    <w:uiPriority w:val="99"/>
    <w:unhideWhenUsed/>
    <w:rsid w:val="00AA1D8D"/>
    <w:pPr>
      <w:ind w:left="360" w:hanging="360"/>
      <w:contextualSpacing/>
    </w:pPr>
  </w:style>
  <w:style w:type="paragraph" w:styleId="Zoznam2">
    <w:name w:val="List 2"/>
    <w:basedOn w:val="Normlny"/>
    <w:uiPriority w:val="99"/>
    <w:unhideWhenUsed/>
    <w:rsid w:val="00326F90"/>
    <w:pPr>
      <w:ind w:left="720" w:hanging="360"/>
      <w:contextualSpacing/>
    </w:pPr>
  </w:style>
  <w:style w:type="paragraph" w:styleId="Zoznam3">
    <w:name w:val="List 3"/>
    <w:basedOn w:val="Normlny"/>
    <w:uiPriority w:val="99"/>
    <w:unhideWhenUsed/>
    <w:rsid w:val="00326F90"/>
    <w:pPr>
      <w:ind w:left="1080" w:hanging="360"/>
      <w:contextualSpacing/>
    </w:pPr>
  </w:style>
  <w:style w:type="paragraph" w:styleId="Zoznamsodrkami">
    <w:name w:val="List Bullet"/>
    <w:basedOn w:val="Normlny"/>
    <w:uiPriority w:val="99"/>
    <w:unhideWhenUsed/>
    <w:rsid w:val="00326F90"/>
    <w:pPr>
      <w:numPr>
        <w:numId w:val="1"/>
      </w:numPr>
      <w:contextualSpacing/>
    </w:pPr>
  </w:style>
  <w:style w:type="paragraph" w:styleId="Zoznamsodrkami2">
    <w:name w:val="List Bullet 2"/>
    <w:basedOn w:val="Normlny"/>
    <w:uiPriority w:val="99"/>
    <w:unhideWhenUsed/>
    <w:rsid w:val="00326F90"/>
    <w:pPr>
      <w:numPr>
        <w:numId w:val="2"/>
      </w:numPr>
      <w:contextualSpacing/>
    </w:pPr>
  </w:style>
  <w:style w:type="paragraph" w:styleId="Zoznamsodrkami3">
    <w:name w:val="List Bullet 3"/>
    <w:basedOn w:val="Normlny"/>
    <w:uiPriority w:val="99"/>
    <w:unhideWhenUsed/>
    <w:rsid w:val="00326F90"/>
    <w:pPr>
      <w:numPr>
        <w:numId w:val="3"/>
      </w:numPr>
      <w:contextualSpacing/>
    </w:pPr>
  </w:style>
  <w:style w:type="paragraph" w:styleId="slovanzoznam">
    <w:name w:val="List Number"/>
    <w:basedOn w:val="Normlny"/>
    <w:uiPriority w:val="99"/>
    <w:unhideWhenUsed/>
    <w:rsid w:val="00326F90"/>
    <w:pPr>
      <w:numPr>
        <w:numId w:val="5"/>
      </w:numPr>
      <w:contextualSpacing/>
    </w:pPr>
  </w:style>
  <w:style w:type="paragraph" w:styleId="slovanzoznam2">
    <w:name w:val="List Number 2"/>
    <w:basedOn w:val="Normlny"/>
    <w:uiPriority w:val="99"/>
    <w:unhideWhenUsed/>
    <w:rsid w:val="0029639D"/>
    <w:pPr>
      <w:numPr>
        <w:numId w:val="6"/>
      </w:numPr>
      <w:contextualSpacing/>
    </w:pPr>
  </w:style>
  <w:style w:type="paragraph" w:styleId="slovanzoznam3">
    <w:name w:val="List Number 3"/>
    <w:basedOn w:val="Normlny"/>
    <w:uiPriority w:val="99"/>
    <w:unhideWhenUsed/>
    <w:rsid w:val="0029639D"/>
    <w:pPr>
      <w:numPr>
        <w:numId w:val="7"/>
      </w:numPr>
      <w:contextualSpacing/>
    </w:pPr>
  </w:style>
  <w:style w:type="paragraph" w:styleId="Pokraovaniezoznamu">
    <w:name w:val="List Continue"/>
    <w:basedOn w:val="Normlny"/>
    <w:uiPriority w:val="99"/>
    <w:unhideWhenUsed/>
    <w:rsid w:val="0029639D"/>
    <w:pPr>
      <w:spacing w:after="120"/>
      <w:ind w:left="360"/>
      <w:contextualSpacing/>
    </w:pPr>
  </w:style>
  <w:style w:type="paragraph" w:styleId="Pokraovaniezoznamu2">
    <w:name w:val="List Continue 2"/>
    <w:basedOn w:val="Normlny"/>
    <w:uiPriority w:val="99"/>
    <w:unhideWhenUsed/>
    <w:rsid w:val="0029639D"/>
    <w:pPr>
      <w:spacing w:after="120"/>
      <w:ind w:left="720"/>
      <w:contextualSpacing/>
    </w:pPr>
  </w:style>
  <w:style w:type="paragraph" w:styleId="Pokraovaniezoznamu3">
    <w:name w:val="List Continue 3"/>
    <w:basedOn w:val="Normlny"/>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Predvolenpsmoodseku"/>
    <w:link w:val="Textmakra"/>
    <w:uiPriority w:val="99"/>
    <w:rsid w:val="0029639D"/>
    <w:rPr>
      <w:rFonts w:ascii="Courier" w:hAnsi="Courier"/>
      <w:sz w:val="20"/>
      <w:szCs w:val="20"/>
    </w:rPr>
  </w:style>
  <w:style w:type="paragraph" w:styleId="Citcia">
    <w:name w:val="Quote"/>
    <w:basedOn w:val="Normlny"/>
    <w:next w:val="Normlny"/>
    <w:link w:val="CitciaChar"/>
    <w:uiPriority w:val="29"/>
    <w:qFormat/>
    <w:rsid w:val="00FC693F"/>
    <w:rPr>
      <w:i/>
      <w:iCs/>
      <w:color w:val="000000" w:themeColor="text1"/>
    </w:rPr>
  </w:style>
  <w:style w:type="character" w:customStyle="1" w:styleId="CitciaChar">
    <w:name w:val="Citácia Char"/>
    <w:basedOn w:val="Predvolenpsmoodseku"/>
    <w:link w:val="Citcia"/>
    <w:uiPriority w:val="29"/>
    <w:rsid w:val="00FC693F"/>
    <w:rPr>
      <w:i/>
      <w:iCs/>
      <w:color w:val="000000" w:themeColor="text1"/>
    </w:rPr>
  </w:style>
  <w:style w:type="character" w:customStyle="1" w:styleId="Nadpis4Char">
    <w:name w:val="Nadpis 4 Char"/>
    <w:basedOn w:val="Predvolenpsmoodseku"/>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Predvolenpsmoodseku"/>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Predvolenpsmoodseku"/>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Predvolenpsmoodseku"/>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Predvolenpsmoodseku"/>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Predvolenpsmoodseku"/>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Popis">
    <w:name w:val="caption"/>
    <w:basedOn w:val="Normlny"/>
    <w:next w:val="Normlny"/>
    <w:uiPriority w:val="35"/>
    <w:semiHidden/>
    <w:unhideWhenUsed/>
    <w:qFormat/>
    <w:rsid w:val="00FC693F"/>
    <w:pPr>
      <w:spacing w:line="240" w:lineRule="auto"/>
    </w:pPr>
    <w:rPr>
      <w:b/>
      <w:bCs/>
      <w:color w:val="4F81BD" w:themeColor="accent1"/>
      <w:sz w:val="18"/>
      <w:szCs w:val="18"/>
    </w:rPr>
  </w:style>
  <w:style w:type="character" w:styleId="Vrazn">
    <w:name w:val="Strong"/>
    <w:basedOn w:val="Predvolenpsmoodseku"/>
    <w:uiPriority w:val="22"/>
    <w:qFormat/>
    <w:rsid w:val="00FC693F"/>
    <w:rPr>
      <w:b/>
      <w:bCs/>
    </w:rPr>
  </w:style>
  <w:style w:type="character" w:styleId="Zvraznenie">
    <w:name w:val="Emphasis"/>
    <w:basedOn w:val="Predvolenpsmoodseku"/>
    <w:uiPriority w:val="20"/>
    <w:qFormat/>
    <w:rsid w:val="00FC693F"/>
    <w:rPr>
      <w:i/>
      <w:iCs/>
    </w:rPr>
  </w:style>
  <w:style w:type="paragraph" w:styleId="Zvraznencitcia">
    <w:name w:val="Intense Quote"/>
    <w:basedOn w:val="Normlny"/>
    <w:next w:val="Normlny"/>
    <w:link w:val="Zvraznencitci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ZvraznencitciaChar">
    <w:name w:val="Zvýraznená citácia Char"/>
    <w:basedOn w:val="Predvolenpsmoodseku"/>
    <w:link w:val="Zvraznencitcia"/>
    <w:uiPriority w:val="30"/>
    <w:rsid w:val="00FC693F"/>
    <w:rPr>
      <w:b/>
      <w:bCs/>
      <w:i/>
      <w:iCs/>
      <w:color w:val="4F81BD" w:themeColor="accent1"/>
    </w:rPr>
  </w:style>
  <w:style w:type="character" w:styleId="Jemnzvraznenie">
    <w:name w:val="Subtle Emphasis"/>
    <w:basedOn w:val="Predvolenpsmoodseku"/>
    <w:uiPriority w:val="19"/>
    <w:qFormat/>
    <w:rsid w:val="00FC693F"/>
    <w:rPr>
      <w:i/>
      <w:iCs/>
      <w:color w:val="808080" w:themeColor="text1" w:themeTint="7F"/>
    </w:rPr>
  </w:style>
  <w:style w:type="character" w:styleId="Intenzvnezvraznenie">
    <w:name w:val="Intense Emphasis"/>
    <w:basedOn w:val="Predvolenpsmoodseku"/>
    <w:uiPriority w:val="21"/>
    <w:qFormat/>
    <w:rsid w:val="00FC693F"/>
    <w:rPr>
      <w:b/>
      <w:bCs/>
      <w:i/>
      <w:iCs/>
      <w:color w:val="4F81BD" w:themeColor="accent1"/>
    </w:rPr>
  </w:style>
  <w:style w:type="character" w:styleId="Jemnodkaz">
    <w:name w:val="Subtle Reference"/>
    <w:basedOn w:val="Predvolenpsmoodseku"/>
    <w:uiPriority w:val="31"/>
    <w:qFormat/>
    <w:rsid w:val="00FC693F"/>
    <w:rPr>
      <w:smallCaps/>
      <w:color w:val="C0504D" w:themeColor="accent2"/>
      <w:u w:val="single"/>
    </w:rPr>
  </w:style>
  <w:style w:type="character" w:styleId="Zvraznenodkaz">
    <w:name w:val="Intense Reference"/>
    <w:basedOn w:val="Predvolenpsmoodseku"/>
    <w:uiPriority w:val="32"/>
    <w:qFormat/>
    <w:rsid w:val="00FC693F"/>
    <w:rPr>
      <w:b/>
      <w:bCs/>
      <w:smallCaps/>
      <w:color w:val="C0504D" w:themeColor="accent2"/>
      <w:spacing w:val="5"/>
      <w:u w:val="single"/>
    </w:rPr>
  </w:style>
  <w:style w:type="character" w:styleId="Nzovknihy">
    <w:name w:val="Book Title"/>
    <w:basedOn w:val="Predvolenpsmoodseku"/>
    <w:uiPriority w:val="33"/>
    <w:qFormat/>
    <w:rsid w:val="00FC693F"/>
    <w:rPr>
      <w:b/>
      <w:bCs/>
      <w:smallCaps/>
      <w:spacing w:val="5"/>
    </w:rPr>
  </w:style>
  <w:style w:type="paragraph" w:styleId="Hlavikaobsahu">
    <w:name w:val="TOC Heading"/>
    <w:basedOn w:val="Nadpis1"/>
    <w:next w:val="Normlny"/>
    <w:uiPriority w:val="39"/>
    <w:semiHidden/>
    <w:unhideWhenUsed/>
    <w:qFormat/>
    <w:rsid w:val="00FC693F"/>
    <w:pPr>
      <w:outlineLvl w:val="9"/>
    </w:pPr>
  </w:style>
  <w:style w:type="table" w:styleId="Mriekatabuky">
    <w:name w:val="Table Grid"/>
    <w:basedOn w:val="Normlnatabu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lpodfarbenie">
    <w:name w:val="Light Shading"/>
    <w:basedOn w:val="Normlnatabu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etlpodfarbeniezvraznenie1">
    <w:name w:val="Light Shading Accent 1"/>
    <w:basedOn w:val="Normlnatabu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etlpodfarbeniezvraznenie2">
    <w:name w:val="Light Shading Accent 2"/>
    <w:basedOn w:val="Normlnatabu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etlpodfarbeniezvraznenie3">
    <w:name w:val="Light Shading Accent 3"/>
    <w:basedOn w:val="Normlnatabu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etlpodfarbeniezvraznenie4">
    <w:name w:val="Light Shading Accent 4"/>
    <w:basedOn w:val="Normlnatabu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etlpodfarbeniezvraznenie5">
    <w:name w:val="Light Shading Accent 5"/>
    <w:basedOn w:val="Normlnatabu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etlpodfarbeniezvraznenie6">
    <w:name w:val="Light Shading Accent 6"/>
    <w:basedOn w:val="Normlnatabu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etlzoznam">
    <w:name w:val="Light List"/>
    <w:basedOn w:val="Normlnatabu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etlzoznamzvraznenie1">
    <w:name w:val="Light List Accent 1"/>
    <w:basedOn w:val="Normlnatabu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etlzoznamzvraznenie2">
    <w:name w:val="Light List Accent 2"/>
    <w:basedOn w:val="Normlnatabu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etlzoznamzvraznenie3">
    <w:name w:val="Light List Accent 3"/>
    <w:basedOn w:val="Normlnatabu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etlzoznamzvraznenie4">
    <w:name w:val="Light List Accent 4"/>
    <w:basedOn w:val="Normlnatabu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etlzoznamzvraznenie5">
    <w:name w:val="Light List Accent 5"/>
    <w:basedOn w:val="Normlnatabu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etlzoznamzvraznenie6">
    <w:name w:val="Light List Accent 6"/>
    <w:basedOn w:val="Normlnatabu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etlmrieka">
    <w:name w:val="Light Grid"/>
    <w:basedOn w:val="Normlnatabu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etlmriekazvraznenie1">
    <w:name w:val="Light Grid Accent 1"/>
    <w:basedOn w:val="Normlnatabu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etlmriekazvraznenie2">
    <w:name w:val="Light Grid Accent 2"/>
    <w:basedOn w:val="Normlnatabu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etlmriekazvraznenie3">
    <w:name w:val="Light Grid Accent 3"/>
    <w:basedOn w:val="Normlnatabu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etlmriekazvraznenie4">
    <w:name w:val="Light Grid Accent 4"/>
    <w:basedOn w:val="Normlnatabu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etlmriekazvraznenie5">
    <w:name w:val="Light Grid Accent 5"/>
    <w:basedOn w:val="Normlnatabu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etlmriekazvraznenie6">
    <w:name w:val="Light Grid Accent 6"/>
    <w:basedOn w:val="Normlnatabu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rednpodfarbenie1">
    <w:name w:val="Medium Shading 1"/>
    <w:basedOn w:val="Normlnatabu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rednpodfarbenie1zvraznenie1">
    <w:name w:val="Medium Shading 1 Accent 1"/>
    <w:basedOn w:val="Normlnatabu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rednpodfarbenie1zvraznenie2">
    <w:name w:val="Medium Shading 1 Accent 2"/>
    <w:basedOn w:val="Normlnatabu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rednpodfarbenie1zvraznenie3">
    <w:name w:val="Medium Shading 1 Accent 3"/>
    <w:basedOn w:val="Normlnatabu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rednpodfarbenie1zvraznenie4">
    <w:name w:val="Medium Shading 1 Accent 4"/>
    <w:basedOn w:val="Normlnatabu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rednpodfarbenie1zvraznenie5">
    <w:name w:val="Medium Shading 1 Accent 5"/>
    <w:basedOn w:val="Normlnatabu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Farebnpodfarbenie1zvraznenie6">
    <w:name w:val="Medium Shading 1 Accent 6"/>
    <w:basedOn w:val="Normlnatabu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rednpodfarbenie2">
    <w:name w:val="Medium Shading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1">
    <w:name w:val="Medium Shading 2 Accent 1"/>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2">
    <w:name w:val="Medium Shading 2 Accent 2"/>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3">
    <w:name w:val="Medium Shading 2 Accent 3"/>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4">
    <w:name w:val="Medium Shading 2 Accent 4"/>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podfarbenie2zvraznenie5">
    <w:name w:val="Medium Shading 2 Accent 5"/>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Farebnpodfarbenie2zvraznenie6">
    <w:name w:val="Medium Shading 2 Accent 6"/>
    <w:basedOn w:val="Normlnatabu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rednzoznam1">
    <w:name w:val="Medium List 1"/>
    <w:basedOn w:val="Normlnatabu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rednzoznam1zvraznenie1">
    <w:name w:val="Medium List 1 Accent 1"/>
    <w:basedOn w:val="Normlnatabu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rednzoznam1zvraznenie2">
    <w:name w:val="Medium List 1 Accent 2"/>
    <w:basedOn w:val="Normlnatabu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rednzoznam1zvraznenie3">
    <w:name w:val="Medium List 1 Accent 3"/>
    <w:basedOn w:val="Normlnatabu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rednzoznam1zvraznenie4">
    <w:name w:val="Medium List 1 Accent 4"/>
    <w:basedOn w:val="Normlnatabu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rednzoznam1zvraznenie5">
    <w:name w:val="Medium List 1 Accent 5"/>
    <w:basedOn w:val="Normlnatabu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rednzoznam1zvraznenie6">
    <w:name w:val="Medium List 1 Accent 6"/>
    <w:basedOn w:val="Normlnatabu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rednzoznam2">
    <w:name w:val="Medium Lis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1">
    <w:name w:val="Medium List 2 Accent 1"/>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2">
    <w:name w:val="Medium List 2 Accent 2"/>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3">
    <w:name w:val="Medium List 2 Accent 3"/>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4">
    <w:name w:val="Medium List 2 Accent 4"/>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5">
    <w:name w:val="Medium List 2 Accent 5"/>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zoznam2zvraznenie6">
    <w:name w:val="Medium List 2 Accent 6"/>
    <w:basedOn w:val="Normlnatabu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rednmrieka1">
    <w:name w:val="Medium Grid 1"/>
    <w:basedOn w:val="Normlnatabu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rednmrieka1zvraznenie1">
    <w:name w:val="Medium Grid 1 Accent 1"/>
    <w:basedOn w:val="Normlnatabu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rednmrieka1zvraznenie2">
    <w:name w:val="Medium Grid 1 Accent 2"/>
    <w:basedOn w:val="Normlnatabu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rednmrieka1zvraznenie3">
    <w:name w:val="Medium Grid 1 Accent 3"/>
    <w:basedOn w:val="Normlnatabu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rednmrieka1zvraznenie4">
    <w:name w:val="Medium Grid 1 Accent 4"/>
    <w:basedOn w:val="Normlnatabu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rednmrieka1zvraznenie5">
    <w:name w:val="Medium Grid 1 Accent 5"/>
    <w:basedOn w:val="Normlnatabu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rednmrieka1zvraznenie6">
    <w:name w:val="Medium Grid 1 Accent 6"/>
    <w:basedOn w:val="Normlnatabu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rednmrieka2">
    <w:name w:val="Medium Grid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rednmrieka2zvraznenie1">
    <w:name w:val="Medium Grid 2 Accent 1"/>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rednmrieka2zvraznenie2">
    <w:name w:val="Medium Grid 2 Accent 2"/>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rednmrieka2zvraznenie3">
    <w:name w:val="Medium Grid 2 Accent 3"/>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rednmrieka2zvraznenie4">
    <w:name w:val="Medium Grid 2 Accent 4"/>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rednmrieka2zvraznenie5">
    <w:name w:val="Medium Grid 2 Accent 5"/>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rednmrieka2zvraznenie6">
    <w:name w:val="Medium Grid 2 Accent 6"/>
    <w:basedOn w:val="Normlnatabu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rednmrieka3">
    <w:name w:val="Medium Grid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rednmrieka3zvraznenie1">
    <w:name w:val="Medium Grid 3 Accent 1"/>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rednmrieka3zvraznenie2">
    <w:name w:val="Medium Grid 3 Accent 2"/>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rednmrieka3zvraznenie3">
    <w:name w:val="Medium Grid 3 Accent 3"/>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rednmrieka3zvraznenie4">
    <w:name w:val="Medium Grid 3 Accent 4"/>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rednmrieka3zvraznenie5">
    <w:name w:val="Medium Grid 3 Accent 5"/>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rednmrieka3zvraznenie6">
    <w:name w:val="Medium Grid 3 Accent 6"/>
    <w:basedOn w:val="Normlnatabu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zoznam">
    <w:name w:val="Dark List"/>
    <w:basedOn w:val="Normlnatabu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zoznamzvraznenie1">
    <w:name w:val="Dark List Accent 1"/>
    <w:basedOn w:val="Normlnatabu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zoznamzvraznenie2">
    <w:name w:val="Dark List Accent 2"/>
    <w:basedOn w:val="Normlnatabu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zoznamzvraznenie3">
    <w:name w:val="Dark List Accent 3"/>
    <w:basedOn w:val="Normlnatabu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zoznamzvraznenie4">
    <w:name w:val="Dark List Accent 4"/>
    <w:basedOn w:val="Normlnatabu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zoznamzvraznenie5">
    <w:name w:val="Dark List Accent 5"/>
    <w:basedOn w:val="Normlnatabu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zoznamzvraznenie6">
    <w:name w:val="Dark List Accent 6"/>
    <w:basedOn w:val="Normlnatabu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ebnpodfarbenie">
    <w:name w:val="Colorful Shading"/>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ebnpodfarbeniezvraznenie1">
    <w:name w:val="Colorful Shading Accent 1"/>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ebnpodfarbeniezvraznenie2">
    <w:name w:val="Colorful Shading Accent 2"/>
    <w:basedOn w:val="Normlnatabu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ebnpodfarbeniezvraznenie3">
    <w:name w:val="Colorful Shading Accent 3"/>
    <w:basedOn w:val="Normlnatabu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ebnpodfarbeniezvraznenie4">
    <w:name w:val="Colorful Shading Accent 4"/>
    <w:basedOn w:val="Normlnatabu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ebnpodfarbeniezvraznenie5">
    <w:name w:val="Colorful Shading Accent 5"/>
    <w:basedOn w:val="Normlnatabu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ebnpodfarbeniezvraznenie6">
    <w:name w:val="Colorful Shading Accent 6"/>
    <w:basedOn w:val="Normlnatabu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ebnzoznam">
    <w:name w:val="Colorful List"/>
    <w:basedOn w:val="Normlnatabu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ebnzoznamzvraznenie1">
    <w:name w:val="Colorful List Accent 1"/>
    <w:basedOn w:val="Normlnatabu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ebnzoznamzvraznenie2">
    <w:name w:val="Colorful List Accent 2"/>
    <w:basedOn w:val="Normlnatabu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ebnzoznamzvraznenie3">
    <w:name w:val="Colorful List Accent 3"/>
    <w:basedOn w:val="Normlnatabu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ebnzoznamzvraznenie4">
    <w:name w:val="Colorful List Accent 4"/>
    <w:basedOn w:val="Normlnatabu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ebnzoznamzvraznenie5">
    <w:name w:val="Colorful List Accent 5"/>
    <w:basedOn w:val="Normlnatabu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ebnzoznamzvraznenie6">
    <w:name w:val="Colorful List Accent 6"/>
    <w:basedOn w:val="Normlnatabu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ebnmrieka">
    <w:name w:val="Colorful Grid"/>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ebnmriekazvraznenie1">
    <w:name w:val="Colorful Grid Accent 1"/>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ebnmriekazvraznenie2">
    <w:name w:val="Colorful Grid Accent 2"/>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ebnmriekazvraznenie3">
    <w:name w:val="Colorful Grid Accent 3"/>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ebnmriekazvraznenie4">
    <w:name w:val="Colorful Grid Accent 4"/>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ebnmriekazvraznenie5">
    <w:name w:val="Colorful Grid Accent 5"/>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ebnmriekazvraznenie6">
    <w:name w:val="Colorful Grid Accent 6"/>
    <w:basedOn w:val="Normlnatabu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Zdenka</cp:lastModifiedBy>
  <cp:revision>2</cp:revision>
  <dcterms:created xsi:type="dcterms:W3CDTF">2026-09-16T15:43:00Z</dcterms:created>
  <dcterms:modified xsi:type="dcterms:W3CDTF">2026-09-16T15:43:00Z</dcterms:modified>
  <cp:category/>
</cp:coreProperties>
</file>