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DFA81" w14:textId="77777777" w:rsidR="00161397" w:rsidRDefault="00000000">
      <w:pPr>
        <w:spacing w:after="200"/>
        <w:jc w:val="center"/>
      </w:pPr>
      <w:r>
        <w:rPr>
          <w:b/>
          <w:sz w:val="26"/>
        </w:rPr>
        <w:t>MATERSKÁ ŠKOLA ZÁMUTOV 388</w:t>
      </w:r>
    </w:p>
    <w:p w14:paraId="0C700BA5" w14:textId="77777777" w:rsidR="00161397" w:rsidRDefault="00000000">
      <w:pPr>
        <w:spacing w:after="40"/>
        <w:jc w:val="center"/>
      </w:pPr>
      <w:r>
        <w:rPr>
          <w:b/>
          <w:sz w:val="28"/>
        </w:rPr>
        <w:t>DODATOK č. 1</w:t>
      </w:r>
    </w:p>
    <w:p w14:paraId="417B7842" w14:textId="77777777" w:rsidR="00161397" w:rsidRDefault="00000000">
      <w:pPr>
        <w:spacing w:after="200"/>
        <w:jc w:val="center"/>
      </w:pPr>
      <w:r>
        <w:rPr>
          <w:b/>
        </w:rPr>
        <w:t>k Školskému poriadku Materskej školy Zámutov 388</w:t>
      </w:r>
    </w:p>
    <w:p w14:paraId="38C1421C" w14:textId="77777777" w:rsidR="00161397" w:rsidRDefault="00000000">
      <w:pPr>
        <w:spacing w:after="240"/>
        <w:jc w:val="center"/>
      </w:pPr>
      <w:r>
        <w:t>školský rok 2026/2027</w:t>
      </w:r>
    </w:p>
    <w:tbl>
      <w:tblPr>
        <w:tblStyle w:val="Mriekatabuky"/>
        <w:tblW w:w="0" w:type="auto"/>
        <w:jc w:val="center"/>
        <w:tblLook w:val="04A0" w:firstRow="1" w:lastRow="0" w:firstColumn="1" w:lastColumn="0" w:noHBand="0" w:noVBand="1"/>
      </w:tblPr>
      <w:tblGrid>
        <w:gridCol w:w="4699"/>
        <w:gridCol w:w="4697"/>
      </w:tblGrid>
      <w:tr w:rsidR="00161397" w14:paraId="20DBCB5B" w14:textId="77777777">
        <w:trPr>
          <w:jc w:val="center"/>
        </w:trPr>
        <w:tc>
          <w:tcPr>
            <w:tcW w:w="4703" w:type="dxa"/>
            <w:vAlign w:val="center"/>
          </w:tcPr>
          <w:p w14:paraId="6912069C" w14:textId="77777777" w:rsidR="00161397" w:rsidRDefault="00000000">
            <w:r>
              <w:rPr>
                <w:b/>
                <w:sz w:val="22"/>
              </w:rPr>
              <w:t>Prerokovaný v pedagogickej rade:</w:t>
            </w:r>
          </w:p>
        </w:tc>
        <w:tc>
          <w:tcPr>
            <w:tcW w:w="4703" w:type="dxa"/>
            <w:vAlign w:val="center"/>
          </w:tcPr>
          <w:p w14:paraId="739471B9" w14:textId="77777777" w:rsidR="00161397" w:rsidRDefault="00000000">
            <w:r>
              <w:rPr>
                <w:sz w:val="22"/>
              </w:rPr>
              <w:t>16. 9. 2026</w:t>
            </w:r>
          </w:p>
        </w:tc>
      </w:tr>
      <w:tr w:rsidR="00161397" w14:paraId="69F83AEC" w14:textId="77777777">
        <w:trPr>
          <w:jc w:val="center"/>
        </w:trPr>
        <w:tc>
          <w:tcPr>
            <w:tcW w:w="4703" w:type="dxa"/>
            <w:vAlign w:val="center"/>
          </w:tcPr>
          <w:p w14:paraId="2B15335B" w14:textId="77777777" w:rsidR="00161397" w:rsidRDefault="00000000">
            <w:r>
              <w:rPr>
                <w:b/>
                <w:sz w:val="22"/>
              </w:rPr>
              <w:t>Prerokovaný v Rade školy pri MŠ Zámutov 388:</w:t>
            </w:r>
          </w:p>
        </w:tc>
        <w:tc>
          <w:tcPr>
            <w:tcW w:w="4703" w:type="dxa"/>
            <w:vAlign w:val="center"/>
          </w:tcPr>
          <w:p w14:paraId="676006F8" w14:textId="77777777" w:rsidR="00161397" w:rsidRDefault="00000000">
            <w:r>
              <w:rPr>
                <w:sz w:val="22"/>
              </w:rPr>
              <w:t>17. 9. 2026</w:t>
            </w:r>
          </w:p>
        </w:tc>
      </w:tr>
      <w:tr w:rsidR="00161397" w14:paraId="36CB85AD" w14:textId="77777777">
        <w:trPr>
          <w:jc w:val="center"/>
        </w:trPr>
        <w:tc>
          <w:tcPr>
            <w:tcW w:w="4703" w:type="dxa"/>
            <w:vAlign w:val="center"/>
          </w:tcPr>
          <w:p w14:paraId="72F95FF9" w14:textId="77777777" w:rsidR="00161397" w:rsidRDefault="00000000">
            <w:r>
              <w:rPr>
                <w:b/>
                <w:sz w:val="22"/>
              </w:rPr>
              <w:t>Dátum vydania dodatku:</w:t>
            </w:r>
          </w:p>
        </w:tc>
        <w:tc>
          <w:tcPr>
            <w:tcW w:w="4703" w:type="dxa"/>
            <w:vAlign w:val="center"/>
          </w:tcPr>
          <w:p w14:paraId="63E3D767" w14:textId="77777777" w:rsidR="00161397" w:rsidRDefault="00000000">
            <w:r>
              <w:rPr>
                <w:sz w:val="22"/>
              </w:rPr>
              <w:t>17. 9. 2026</w:t>
            </w:r>
          </w:p>
        </w:tc>
      </w:tr>
      <w:tr w:rsidR="00161397" w14:paraId="47D37B53" w14:textId="77777777">
        <w:trPr>
          <w:jc w:val="center"/>
        </w:trPr>
        <w:tc>
          <w:tcPr>
            <w:tcW w:w="4703" w:type="dxa"/>
            <w:vAlign w:val="center"/>
          </w:tcPr>
          <w:p w14:paraId="38D40FF8" w14:textId="77777777" w:rsidR="00161397" w:rsidRDefault="00000000">
            <w:r>
              <w:rPr>
                <w:b/>
                <w:sz w:val="22"/>
              </w:rPr>
              <w:t>Dátum účinnosti dodatku:</w:t>
            </w:r>
          </w:p>
        </w:tc>
        <w:tc>
          <w:tcPr>
            <w:tcW w:w="4703" w:type="dxa"/>
            <w:vAlign w:val="center"/>
          </w:tcPr>
          <w:p w14:paraId="3A7579EE" w14:textId="77777777" w:rsidR="00161397" w:rsidRDefault="00000000">
            <w:r>
              <w:rPr>
                <w:sz w:val="22"/>
              </w:rPr>
              <w:t>18. 9. 2026</w:t>
            </w:r>
          </w:p>
        </w:tc>
      </w:tr>
    </w:tbl>
    <w:p w14:paraId="172EED28" w14:textId="77777777" w:rsidR="00161397" w:rsidRDefault="00161397"/>
    <w:p w14:paraId="7E4CCE60" w14:textId="77777777" w:rsidR="00161397" w:rsidRDefault="00000000">
      <w:pPr>
        <w:spacing w:before="160"/>
        <w:jc w:val="center"/>
      </w:pPr>
      <w:r>
        <w:rPr>
          <w:b/>
        </w:rPr>
        <w:t>Článok I</w:t>
      </w:r>
      <w:r>
        <w:rPr>
          <w:b/>
        </w:rPr>
        <w:br/>
        <w:t>Úvodné ustanovenia</w:t>
      </w:r>
    </w:p>
    <w:p w14:paraId="63963794" w14:textId="77777777" w:rsidR="00161397" w:rsidRDefault="00000000">
      <w:pPr>
        <w:jc w:val="both"/>
      </w:pPr>
      <w:r>
        <w:t>1. Riaditeľka Materskej školy Zámutov 388 vydáva tento Dodatok č. 1 k Školskému poriadku Materskej školy Zámutov 388 v súlade s § 153 ods. 3 zákona č. 245/2008 Z. z. o výchove a vzdelávaní (školský zákon) a o zmene a doplnení niektorých zákonov v znení neskorších predpisov, po prerokovaní s orgánom školskej samosprávy – Radou školy pri Materskej škole Zámutov 388 a v pedagogickej rade. Prerokovanie školského poriadku Radou školy vyplýva aj z § 16 ods. 3 písm. a) zákona č. 321/2025 Z. z. o školskej správe a prerokovanie v pedagogickej rade z § 24 ods. 3 písm. a) tohto zákona.</w:t>
      </w:r>
    </w:p>
    <w:p w14:paraId="14DF089A" w14:textId="77777777" w:rsidR="00161397" w:rsidRDefault="00000000">
      <w:pPr>
        <w:jc w:val="both"/>
      </w:pPr>
      <w:r>
        <w:t>2. Dôvodom vydania dodatku je zosúladenie personálnych údajov a súvisiaceho spôsobu odhlasovania stravy so skutočnosťami oznámenými zriaďovateľom v písomnom oznámení doručenom materskej škole dňa 28. 8. 2026, týkajúcom sa personálnych zmien účinných od 1. 9. 2026.</w:t>
      </w:r>
    </w:p>
    <w:p w14:paraId="4B59BBA2" w14:textId="77777777" w:rsidR="00161397" w:rsidRDefault="00000000">
      <w:pPr>
        <w:jc w:val="both"/>
      </w:pPr>
      <w:r>
        <w:t>3. Týmto dodatkom sa neupravuje ani neurčuje právny status zariadenia školského stravovania a nemení sa ním spôsob organizačného zabezpečenia školského stravovania nad rámec zmien výslovne uvedených v článku II.</w:t>
      </w:r>
    </w:p>
    <w:p w14:paraId="4C801ED3" w14:textId="77777777" w:rsidR="00161397" w:rsidRDefault="00000000">
      <w:pPr>
        <w:spacing w:before="160"/>
        <w:jc w:val="center"/>
      </w:pPr>
      <w:r>
        <w:rPr>
          <w:b/>
        </w:rPr>
        <w:t>Článok II</w:t>
      </w:r>
      <w:r>
        <w:rPr>
          <w:b/>
        </w:rPr>
        <w:br/>
        <w:t>Zmeny Školského poriadku</w:t>
      </w:r>
    </w:p>
    <w:p w14:paraId="6A2B70D9" w14:textId="77777777" w:rsidR="00161397" w:rsidRDefault="00000000">
      <w:pPr>
        <w:jc w:val="both"/>
      </w:pPr>
      <w:r>
        <w:t>1. V časti „Základné identifikačné údaje o škole“, v tabuľke „Identifikačné údaje“, v položke „Vedúci zamestnanci školy“ sa vypúšťa údaj:</w:t>
      </w:r>
    </w:p>
    <w:p w14:paraId="1F9519C3" w14:textId="77777777" w:rsidR="00161397" w:rsidRDefault="00000000">
      <w:pPr>
        <w:jc w:val="center"/>
      </w:pPr>
      <w:r>
        <w:rPr>
          <w:b/>
        </w:rPr>
        <w:t>„Vedúca školskej jedálne – Gabriela Beňková“</w:t>
      </w:r>
    </w:p>
    <w:p w14:paraId="360A1B04" w14:textId="77777777" w:rsidR="00161397" w:rsidRDefault="00000000">
      <w:pPr>
        <w:jc w:val="both"/>
      </w:pPr>
      <w:r>
        <w:t>Po vykonaní tejto zmeny zostáva v uvedenej položke ako vedúci zamestnanec školy uvedená riaditeľka školy Mgr. Zdenka Majerníková.</w:t>
      </w:r>
    </w:p>
    <w:p w14:paraId="3CBB45BD" w14:textId="77777777" w:rsidR="00161397" w:rsidRDefault="00000000">
      <w:pPr>
        <w:jc w:val="both"/>
      </w:pPr>
      <w:r>
        <w:lastRenderedPageBreak/>
        <w:t>2. V Časti II., Článku 4 „Prevádzka a vnútorný režim materskej školy“, Odseku 9 „Podmienky organizácie režimu stravovania v materskej škole a podmienky úhrady nákladov na stravovanie“ sa písm. c) mení.</w:t>
      </w:r>
    </w:p>
    <w:p w14:paraId="776F42F7" w14:textId="77777777" w:rsidR="00161397" w:rsidRDefault="00000000">
      <w:r>
        <w:rPr>
          <w:b/>
        </w:rPr>
        <w:t>Pôvodné znenie:</w:t>
      </w:r>
    </w:p>
    <w:p w14:paraId="0268FFBC" w14:textId="77777777" w:rsidR="00161397" w:rsidRDefault="00000000">
      <w:pPr>
        <w:ind w:left="283"/>
        <w:jc w:val="both"/>
      </w:pPr>
      <w:r>
        <w:t>„V prípade neprítomnosti dieťaťa v materskej škole je povinnosťou zákonného zástupcu odhlásiť dieťa zo stravy v deň neprítomnosti najneskôr do 8.00 hod. telefonicky učiteľke vykonávajúcej službu v triede alebo vedúcej školskej jedálne na telefónnom čísle 0908 342 609.“</w:t>
      </w:r>
    </w:p>
    <w:p w14:paraId="11278878" w14:textId="77777777" w:rsidR="00161397" w:rsidRDefault="00000000">
      <w:r>
        <w:rPr>
          <w:b/>
        </w:rPr>
        <w:t>Nové znenie:</w:t>
      </w:r>
    </w:p>
    <w:p w14:paraId="34AB2DC7" w14:textId="77777777" w:rsidR="00161397" w:rsidRDefault="00000000">
      <w:pPr>
        <w:ind w:left="283"/>
        <w:jc w:val="both"/>
      </w:pPr>
      <w:r>
        <w:t>„V prípade neprítomnosti dieťaťa v materskej škole je povinnosťou zákonného zástupcu odhlásiť dieťa zo stravy v deň neprítomnosti najneskôr do 8.00 hod. telefonicky učiteľke vykonávajúcej službu v triede.“</w:t>
      </w:r>
    </w:p>
    <w:p w14:paraId="2607EF08" w14:textId="77777777" w:rsidR="00161397" w:rsidRDefault="00000000">
      <w:pPr>
        <w:jc w:val="both"/>
      </w:pPr>
      <w:r>
        <w:t>3. Ostatné ustanovenia školského poriadku týkajúce sa školského stravovania zostávajú týmto dodatkom nedotknuté. Ich prípadná ďalšia úprava sa vykoná až na základe príslušného rozhodnutia, stanoviska alebo iného relevantného podkladu, ak si takúto úpravu vyžiada.</w:t>
      </w:r>
    </w:p>
    <w:p w14:paraId="1969C12D" w14:textId="77777777" w:rsidR="00161397" w:rsidRDefault="00000000">
      <w:pPr>
        <w:spacing w:before="160"/>
        <w:jc w:val="center"/>
      </w:pPr>
      <w:r>
        <w:rPr>
          <w:b/>
        </w:rPr>
        <w:t>Článok III</w:t>
      </w:r>
      <w:r>
        <w:rPr>
          <w:b/>
        </w:rPr>
        <w:br/>
        <w:t>Záverečné ustanovenia</w:t>
      </w:r>
    </w:p>
    <w:p w14:paraId="0924A8D4" w14:textId="77777777" w:rsidR="00161397" w:rsidRDefault="00000000">
      <w:pPr>
        <w:jc w:val="both"/>
      </w:pPr>
      <w:r>
        <w:t>1. Ostatné ustanovenia Školského poriadku Materskej školy Zámutov 388, ktoré nie sú týmto dodatkom výslovne zmenené, zostávajú v platnosti bez zmeny.</w:t>
      </w:r>
    </w:p>
    <w:p w14:paraId="5E6D7972" w14:textId="77777777" w:rsidR="00161397" w:rsidRDefault="00000000">
      <w:pPr>
        <w:jc w:val="both"/>
      </w:pPr>
      <w:r>
        <w:t>2. Tento Dodatok č. 1 tvorí neoddeliteľnú súčasť Školského poriadku Materskej školy Zámutov 388.</w:t>
      </w:r>
    </w:p>
    <w:p w14:paraId="28D8FF9B" w14:textId="77777777" w:rsidR="00161397" w:rsidRDefault="00000000">
      <w:pPr>
        <w:jc w:val="both"/>
      </w:pPr>
      <w:r>
        <w:t>3. Dodatok č. 1 nadobúda účinnosť dňa 18. 9. 2026. Personálne skutočnosti, ktoré boli dôvodom jeho vypracovania, nastali podľa písomného oznámenia zriaďovateľa od 1. 9. 2026; týmto ustanovením sa dodatku nepriznáva spätná účinnosť.</w:t>
      </w:r>
    </w:p>
    <w:p w14:paraId="27D29415" w14:textId="77777777" w:rsidR="00161397" w:rsidRDefault="00000000">
      <w:pPr>
        <w:jc w:val="both"/>
      </w:pPr>
      <w:r>
        <w:t>4. Riaditeľka zabezpečí preukázateľným spôsobom oboznámenie osôb uvedených v § 153 ods. 2 školského zákona s týmto dodatkom. Dodatok bude zverejnený na verejne prístupnom mieste v materskej škole a na webovom sídle materskej školy v súlade s § 153 ods. 5 školského zákona.</w:t>
      </w:r>
    </w:p>
    <w:p w14:paraId="5487BB00" w14:textId="77777777" w:rsidR="00161397" w:rsidRDefault="00161397"/>
    <w:p w14:paraId="761DD2E0" w14:textId="2B7A604D" w:rsidR="00161397" w:rsidRDefault="00000000">
      <w:r>
        <w:t>V Zámutove dňa 1</w:t>
      </w:r>
      <w:r w:rsidR="003C1D97">
        <w:t>8</w:t>
      </w:r>
      <w:r>
        <w:t>. 9. 2026</w:t>
      </w:r>
    </w:p>
    <w:p w14:paraId="712FE072" w14:textId="77777777" w:rsidR="00161397" w:rsidRDefault="00161397"/>
    <w:p w14:paraId="54C26608" w14:textId="77777777" w:rsidR="00161397" w:rsidRDefault="00161397"/>
    <w:p w14:paraId="40D11B0C" w14:textId="77777777" w:rsidR="00161397" w:rsidRDefault="00000000">
      <w:pPr>
        <w:jc w:val="right"/>
      </w:pPr>
      <w:r>
        <w:t>........................................................</w:t>
      </w:r>
      <w:r>
        <w:br/>
        <w:t>Mgr. Zdenka Majerníková</w:t>
      </w:r>
      <w:r>
        <w:br/>
        <w:t>riaditeľka Materskej školy Zámutov 388</w:t>
      </w:r>
    </w:p>
    <w:p w14:paraId="3107628B" w14:textId="77777777" w:rsidR="00161397" w:rsidRDefault="00161397"/>
    <w:sectPr w:rsidR="00161397"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zo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zo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Zo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Zo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zo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Zoznamsodrkami"/>
      <w:lvlText w:val=""/>
      <w:lvlJc w:val="left"/>
      <w:pPr>
        <w:tabs>
          <w:tab w:val="num" w:pos="360"/>
        </w:tabs>
        <w:ind w:left="360" w:hanging="360"/>
      </w:pPr>
      <w:rPr>
        <w:rFonts w:ascii="Symbol" w:hAnsi="Symbol" w:hint="default"/>
      </w:rPr>
    </w:lvl>
  </w:abstractNum>
  <w:num w:numId="1" w16cid:durableId="367225468">
    <w:abstractNumId w:val="8"/>
  </w:num>
  <w:num w:numId="2" w16cid:durableId="43911564">
    <w:abstractNumId w:val="6"/>
  </w:num>
  <w:num w:numId="3" w16cid:durableId="831333304">
    <w:abstractNumId w:val="5"/>
  </w:num>
  <w:num w:numId="4" w16cid:durableId="428165764">
    <w:abstractNumId w:val="4"/>
  </w:num>
  <w:num w:numId="5" w16cid:durableId="520902275">
    <w:abstractNumId w:val="7"/>
  </w:num>
  <w:num w:numId="6" w16cid:durableId="1867476649">
    <w:abstractNumId w:val="3"/>
  </w:num>
  <w:num w:numId="7" w16cid:durableId="1867281179">
    <w:abstractNumId w:val="2"/>
  </w:num>
  <w:num w:numId="8" w16cid:durableId="113138038">
    <w:abstractNumId w:val="1"/>
  </w:num>
  <w:num w:numId="9" w16cid:durableId="1417097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1397"/>
    <w:rsid w:val="0029639D"/>
    <w:rsid w:val="00326F90"/>
    <w:rsid w:val="003C1D97"/>
    <w:rsid w:val="0090318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010775"/>
  <w14:defaultImageDpi w14:val="300"/>
  <w15:docId w15:val="{D76DDE65-C176-4A59-BD01-D7101A279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C693F"/>
    <w:pPr>
      <w:spacing w:after="120"/>
    </w:pPr>
    <w:rPr>
      <w:rFonts w:ascii="Times New Roman" w:eastAsia="Times New Roman" w:hAnsi="Times New Roman"/>
      <w:sz w:val="24"/>
    </w:rPr>
  </w:style>
  <w:style w:type="paragraph" w:styleId="Nadpis1">
    <w:name w:val="heading 1"/>
    <w:basedOn w:val="Normlny"/>
    <w:next w:val="Normlny"/>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y"/>
    <w:next w:val="Normlny"/>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18BF"/>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18BF"/>
  </w:style>
  <w:style w:type="paragraph" w:styleId="Pta">
    <w:name w:val="footer"/>
    <w:basedOn w:val="Normlny"/>
    <w:link w:val="PtaChar"/>
    <w:uiPriority w:val="99"/>
    <w:unhideWhenUsed/>
    <w:rsid w:val="00E618BF"/>
    <w:pPr>
      <w:tabs>
        <w:tab w:val="center" w:pos="4680"/>
        <w:tab w:val="right" w:pos="9360"/>
      </w:tabs>
      <w:spacing w:after="0" w:line="240" w:lineRule="auto"/>
    </w:pPr>
  </w:style>
  <w:style w:type="character" w:customStyle="1" w:styleId="PtaChar">
    <w:name w:val="Päta Char"/>
    <w:basedOn w:val="Predvolenpsmoodseku"/>
    <w:link w:val="Pta"/>
    <w:uiPriority w:val="99"/>
    <w:rsid w:val="00E618BF"/>
  </w:style>
  <w:style w:type="paragraph" w:styleId="Bezriadkovania">
    <w:name w:val="No Spacing"/>
    <w:uiPriority w:val="1"/>
    <w:qFormat/>
    <w:rsid w:val="00FC693F"/>
    <w:pPr>
      <w:spacing w:after="0" w:line="240" w:lineRule="auto"/>
    </w:pPr>
  </w:style>
  <w:style w:type="character" w:customStyle="1" w:styleId="Nadpis1Char">
    <w:name w:val="Nadpis 1 Char"/>
    <w:basedOn w:val="Predvolenpsmoodseku"/>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FC693F"/>
    <w:rPr>
      <w:rFonts w:asciiTheme="majorHAnsi" w:eastAsiaTheme="majorEastAsia" w:hAnsiTheme="majorHAnsi" w:cstheme="majorBidi"/>
      <w:b/>
      <w:bCs/>
      <w:color w:val="4F81BD" w:themeColor="accent1"/>
    </w:rPr>
  </w:style>
  <w:style w:type="paragraph" w:styleId="Nzov">
    <w:name w:val="Title"/>
    <w:basedOn w:val="Normlny"/>
    <w:next w:val="Normlny"/>
    <w:link w:val="Nz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odtitulChar">
    <w:name w:val="Podtitul Char"/>
    <w:basedOn w:val="Predvolenpsmoodseku"/>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ekzoznamu">
    <w:name w:val="List Paragraph"/>
    <w:basedOn w:val="Normlny"/>
    <w:uiPriority w:val="34"/>
    <w:qFormat/>
    <w:rsid w:val="00FC693F"/>
    <w:pPr>
      <w:ind w:left="720"/>
      <w:contextualSpacing/>
    </w:pPr>
  </w:style>
  <w:style w:type="paragraph" w:styleId="Zkladntext">
    <w:name w:val="Body Text"/>
    <w:basedOn w:val="Normlny"/>
    <w:link w:val="ZkladntextChar"/>
    <w:uiPriority w:val="99"/>
    <w:unhideWhenUsed/>
    <w:rsid w:val="00AA1D8D"/>
  </w:style>
  <w:style w:type="character" w:customStyle="1" w:styleId="ZkladntextChar">
    <w:name w:val="Základný text Char"/>
    <w:basedOn w:val="Predvolenpsmoodseku"/>
    <w:link w:val="Zkladntext"/>
    <w:uiPriority w:val="99"/>
    <w:rsid w:val="00AA1D8D"/>
  </w:style>
  <w:style w:type="paragraph" w:styleId="Zkladntext2">
    <w:name w:val="Body Text 2"/>
    <w:basedOn w:val="Normlny"/>
    <w:link w:val="Zkladntext2Char"/>
    <w:uiPriority w:val="99"/>
    <w:unhideWhenUsed/>
    <w:rsid w:val="00AA1D8D"/>
    <w:pPr>
      <w:spacing w:line="480" w:lineRule="auto"/>
    </w:pPr>
  </w:style>
  <w:style w:type="character" w:customStyle="1" w:styleId="Zkladntext2Char">
    <w:name w:val="Základný text 2 Char"/>
    <w:basedOn w:val="Predvolenpsmoodseku"/>
    <w:link w:val="Zkladntext2"/>
    <w:uiPriority w:val="99"/>
    <w:rsid w:val="00AA1D8D"/>
  </w:style>
  <w:style w:type="paragraph" w:styleId="Zkladntext3">
    <w:name w:val="Body Text 3"/>
    <w:basedOn w:val="Normlny"/>
    <w:link w:val="Zkladntext3Char"/>
    <w:uiPriority w:val="99"/>
    <w:unhideWhenUsed/>
    <w:rsid w:val="00AA1D8D"/>
    <w:rPr>
      <w:sz w:val="16"/>
      <w:szCs w:val="16"/>
    </w:rPr>
  </w:style>
  <w:style w:type="character" w:customStyle="1" w:styleId="Zkladntext3Char">
    <w:name w:val="Základný text 3 Char"/>
    <w:basedOn w:val="Predvolenpsmoodseku"/>
    <w:link w:val="Zkladntext3"/>
    <w:uiPriority w:val="99"/>
    <w:rsid w:val="00AA1D8D"/>
    <w:rPr>
      <w:sz w:val="16"/>
      <w:szCs w:val="16"/>
    </w:rPr>
  </w:style>
  <w:style w:type="paragraph" w:styleId="Zoznam">
    <w:name w:val="List"/>
    <w:basedOn w:val="Normlny"/>
    <w:uiPriority w:val="99"/>
    <w:unhideWhenUsed/>
    <w:rsid w:val="00AA1D8D"/>
    <w:pPr>
      <w:ind w:left="360" w:hanging="360"/>
      <w:contextualSpacing/>
    </w:pPr>
  </w:style>
  <w:style w:type="paragraph" w:styleId="Zoznam2">
    <w:name w:val="List 2"/>
    <w:basedOn w:val="Normlny"/>
    <w:uiPriority w:val="99"/>
    <w:unhideWhenUsed/>
    <w:rsid w:val="00326F90"/>
    <w:pPr>
      <w:ind w:left="720" w:hanging="360"/>
      <w:contextualSpacing/>
    </w:pPr>
  </w:style>
  <w:style w:type="paragraph" w:styleId="Zoznam3">
    <w:name w:val="List 3"/>
    <w:basedOn w:val="Normlny"/>
    <w:uiPriority w:val="99"/>
    <w:unhideWhenUsed/>
    <w:rsid w:val="00326F90"/>
    <w:pPr>
      <w:ind w:left="1080" w:hanging="360"/>
      <w:contextualSpacing/>
    </w:pPr>
  </w:style>
  <w:style w:type="paragraph" w:styleId="Zoznamsodrkami">
    <w:name w:val="List Bullet"/>
    <w:basedOn w:val="Normlny"/>
    <w:uiPriority w:val="99"/>
    <w:unhideWhenUsed/>
    <w:rsid w:val="00326F90"/>
    <w:pPr>
      <w:numPr>
        <w:numId w:val="1"/>
      </w:numPr>
      <w:contextualSpacing/>
    </w:pPr>
  </w:style>
  <w:style w:type="paragraph" w:styleId="Zoznamsodrkami2">
    <w:name w:val="List Bullet 2"/>
    <w:basedOn w:val="Normlny"/>
    <w:uiPriority w:val="99"/>
    <w:unhideWhenUsed/>
    <w:rsid w:val="00326F90"/>
    <w:pPr>
      <w:numPr>
        <w:numId w:val="2"/>
      </w:numPr>
      <w:contextualSpacing/>
    </w:pPr>
  </w:style>
  <w:style w:type="paragraph" w:styleId="Zoznamsodrkami3">
    <w:name w:val="List Bullet 3"/>
    <w:basedOn w:val="Normlny"/>
    <w:uiPriority w:val="99"/>
    <w:unhideWhenUsed/>
    <w:rsid w:val="00326F90"/>
    <w:pPr>
      <w:numPr>
        <w:numId w:val="3"/>
      </w:numPr>
      <w:contextualSpacing/>
    </w:pPr>
  </w:style>
  <w:style w:type="paragraph" w:styleId="slovanzoznam">
    <w:name w:val="List Number"/>
    <w:basedOn w:val="Normlny"/>
    <w:uiPriority w:val="99"/>
    <w:unhideWhenUsed/>
    <w:rsid w:val="00326F90"/>
    <w:pPr>
      <w:numPr>
        <w:numId w:val="5"/>
      </w:numPr>
      <w:contextualSpacing/>
    </w:pPr>
  </w:style>
  <w:style w:type="paragraph" w:styleId="slovanzoznam2">
    <w:name w:val="List Number 2"/>
    <w:basedOn w:val="Normlny"/>
    <w:uiPriority w:val="99"/>
    <w:unhideWhenUsed/>
    <w:rsid w:val="0029639D"/>
    <w:pPr>
      <w:numPr>
        <w:numId w:val="6"/>
      </w:numPr>
      <w:contextualSpacing/>
    </w:pPr>
  </w:style>
  <w:style w:type="paragraph" w:styleId="slovanzoznam3">
    <w:name w:val="List Number 3"/>
    <w:basedOn w:val="Normlny"/>
    <w:uiPriority w:val="99"/>
    <w:unhideWhenUsed/>
    <w:rsid w:val="0029639D"/>
    <w:pPr>
      <w:numPr>
        <w:numId w:val="7"/>
      </w:numPr>
      <w:contextualSpacing/>
    </w:pPr>
  </w:style>
  <w:style w:type="paragraph" w:styleId="Pokraovaniezoznamu">
    <w:name w:val="List Continue"/>
    <w:basedOn w:val="Normlny"/>
    <w:uiPriority w:val="99"/>
    <w:unhideWhenUsed/>
    <w:rsid w:val="0029639D"/>
    <w:pPr>
      <w:ind w:left="360"/>
      <w:contextualSpacing/>
    </w:pPr>
  </w:style>
  <w:style w:type="paragraph" w:styleId="Pokraovaniezoznamu2">
    <w:name w:val="List Continue 2"/>
    <w:basedOn w:val="Normlny"/>
    <w:uiPriority w:val="99"/>
    <w:unhideWhenUsed/>
    <w:rsid w:val="0029639D"/>
    <w:pPr>
      <w:ind w:left="720"/>
      <w:contextualSpacing/>
    </w:pPr>
  </w:style>
  <w:style w:type="paragraph" w:styleId="Pokraovaniezoznamu3">
    <w:name w:val="List Continue 3"/>
    <w:basedOn w:val="Normlny"/>
    <w:uiPriority w:val="99"/>
    <w:unhideWhenUsed/>
    <w:rsid w:val="0029639D"/>
    <w:pPr>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Predvolenpsmoodseku"/>
    <w:link w:val="Textmakra"/>
    <w:uiPriority w:val="99"/>
    <w:rsid w:val="0029639D"/>
    <w:rPr>
      <w:rFonts w:ascii="Courier" w:hAnsi="Courier"/>
      <w:sz w:val="20"/>
      <w:szCs w:val="20"/>
    </w:rPr>
  </w:style>
  <w:style w:type="paragraph" w:styleId="Citcia">
    <w:name w:val="Quote"/>
    <w:basedOn w:val="Normlny"/>
    <w:next w:val="Normlny"/>
    <w:link w:val="CitciaChar"/>
    <w:uiPriority w:val="29"/>
    <w:qFormat/>
    <w:rsid w:val="00FC693F"/>
    <w:rPr>
      <w:i/>
      <w:iCs/>
      <w:color w:val="000000" w:themeColor="text1"/>
    </w:rPr>
  </w:style>
  <w:style w:type="character" w:customStyle="1" w:styleId="CitciaChar">
    <w:name w:val="Citácia Char"/>
    <w:basedOn w:val="Predvolenpsmoodseku"/>
    <w:link w:val="Citcia"/>
    <w:uiPriority w:val="29"/>
    <w:rsid w:val="00FC693F"/>
    <w:rPr>
      <w:i/>
      <w:iCs/>
      <w:color w:val="000000" w:themeColor="text1"/>
    </w:rPr>
  </w:style>
  <w:style w:type="character" w:customStyle="1" w:styleId="Nadpis4Char">
    <w:name w:val="Nadpis 4 Char"/>
    <w:basedOn w:val="Predvolenpsmoodseku"/>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semiHidden/>
    <w:unhideWhenUsed/>
    <w:qFormat/>
    <w:rsid w:val="00FC693F"/>
    <w:pPr>
      <w:spacing w:line="240" w:lineRule="auto"/>
    </w:pPr>
    <w:rPr>
      <w:b/>
      <w:bCs/>
      <w:color w:val="4F81BD" w:themeColor="accent1"/>
      <w:sz w:val="18"/>
      <w:szCs w:val="18"/>
    </w:rPr>
  </w:style>
  <w:style w:type="character" w:styleId="Vrazn">
    <w:name w:val="Strong"/>
    <w:basedOn w:val="Predvolenpsmoodseku"/>
    <w:uiPriority w:val="22"/>
    <w:qFormat/>
    <w:rsid w:val="00FC693F"/>
    <w:rPr>
      <w:b/>
      <w:bCs/>
    </w:rPr>
  </w:style>
  <w:style w:type="character" w:styleId="Zvraznenie">
    <w:name w:val="Emphasis"/>
    <w:basedOn w:val="Predvolenpsmoodseku"/>
    <w:uiPriority w:val="20"/>
    <w:qFormat/>
    <w:rsid w:val="00FC693F"/>
    <w:rPr>
      <w:i/>
      <w:iCs/>
    </w:rPr>
  </w:style>
  <w:style w:type="paragraph" w:styleId="Zvraznencitcia">
    <w:name w:val="Intense Quote"/>
    <w:basedOn w:val="Normlny"/>
    <w:next w:val="Normlny"/>
    <w:link w:val="Zvraznencitci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FC693F"/>
    <w:rPr>
      <w:b/>
      <w:bCs/>
      <w:i/>
      <w:iCs/>
      <w:color w:val="4F81BD" w:themeColor="accent1"/>
    </w:rPr>
  </w:style>
  <w:style w:type="character" w:styleId="Jemnzvraznenie">
    <w:name w:val="Subtle Emphasis"/>
    <w:basedOn w:val="Predvolenpsmoodseku"/>
    <w:uiPriority w:val="19"/>
    <w:qFormat/>
    <w:rsid w:val="00FC693F"/>
    <w:rPr>
      <w:i/>
      <w:iCs/>
      <w:color w:val="808080" w:themeColor="text1" w:themeTint="7F"/>
    </w:rPr>
  </w:style>
  <w:style w:type="character" w:styleId="Intenzvnezvraznenie">
    <w:name w:val="Intense Emphasis"/>
    <w:basedOn w:val="Predvolenpsmoodseku"/>
    <w:uiPriority w:val="21"/>
    <w:qFormat/>
    <w:rsid w:val="00FC693F"/>
    <w:rPr>
      <w:b/>
      <w:bCs/>
      <w:i/>
      <w:iCs/>
      <w:color w:val="4F81BD" w:themeColor="accent1"/>
    </w:rPr>
  </w:style>
  <w:style w:type="character" w:styleId="Jemnodkaz">
    <w:name w:val="Subtle Reference"/>
    <w:basedOn w:val="Predvolenpsmoodseku"/>
    <w:uiPriority w:val="31"/>
    <w:qFormat/>
    <w:rsid w:val="00FC693F"/>
    <w:rPr>
      <w:smallCaps/>
      <w:color w:val="C0504D" w:themeColor="accent2"/>
      <w:u w:val="single"/>
    </w:rPr>
  </w:style>
  <w:style w:type="character" w:styleId="Zvraznenodkaz">
    <w:name w:val="Intense Reference"/>
    <w:basedOn w:val="Predvolenpsmoodseku"/>
    <w:uiPriority w:val="32"/>
    <w:qFormat/>
    <w:rsid w:val="00FC693F"/>
    <w:rPr>
      <w:b/>
      <w:bCs/>
      <w:smallCaps/>
      <w:color w:val="C0504D" w:themeColor="accent2"/>
      <w:spacing w:val="5"/>
      <w:u w:val="single"/>
    </w:rPr>
  </w:style>
  <w:style w:type="character" w:styleId="Nzovknihy">
    <w:name w:val="Book Title"/>
    <w:basedOn w:val="Predvolenpsmoodseku"/>
    <w:uiPriority w:val="33"/>
    <w:qFormat/>
    <w:rsid w:val="00FC693F"/>
    <w:rPr>
      <w:b/>
      <w:bCs/>
      <w:smallCaps/>
      <w:spacing w:val="5"/>
    </w:rPr>
  </w:style>
  <w:style w:type="paragraph" w:styleId="Hlavikaobsahu">
    <w:name w:val="TOC Heading"/>
    <w:basedOn w:val="Nadpis1"/>
    <w:next w:val="Normlny"/>
    <w:uiPriority w:val="39"/>
    <w:semiHidden/>
    <w:unhideWhenUsed/>
    <w:qFormat/>
    <w:rsid w:val="00FC693F"/>
    <w:pPr>
      <w:outlineLvl w:val="9"/>
    </w:pPr>
  </w:style>
  <w:style w:type="table" w:styleId="Mriekatabuky">
    <w:name w:val="Table Grid"/>
    <w:basedOn w:val="Normlnatabu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podfarbenie">
    <w:name w:val="Light Shading"/>
    <w:basedOn w:val="Normlnatabu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podfarbeniezvraznenie1">
    <w:name w:val="Light Shading Accent 1"/>
    <w:basedOn w:val="Normlnatabu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podfarbeniezvraznenie2">
    <w:name w:val="Light Shading Accent 2"/>
    <w:basedOn w:val="Normlnatabu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podfarbeniezvraznenie3">
    <w:name w:val="Light Shading Accent 3"/>
    <w:basedOn w:val="Normlnatabu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podfarbeniezvraznenie4">
    <w:name w:val="Light Shading Accent 4"/>
    <w:basedOn w:val="Normlnatabu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podfarbeniezvraznenie5">
    <w:name w:val="Light Shading Accent 5"/>
    <w:basedOn w:val="Normlnatabu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podfarbeniezvraznenie6">
    <w:name w:val="Light Shading Accent 6"/>
    <w:basedOn w:val="Normlnatabu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lzoznam">
    <w:name w:val="Light List"/>
    <w:basedOn w:val="Normlnatabu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lzoznamzvraznenie1">
    <w:name w:val="Light List Accent 1"/>
    <w:basedOn w:val="Normlnatabu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lzoznamzvraznenie2">
    <w:name w:val="Light List Accent 2"/>
    <w:basedOn w:val="Normlnatabu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lzoznamzvraznenie3">
    <w:name w:val="Light List Accent 3"/>
    <w:basedOn w:val="Normlnatabu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lzoznamzvraznenie4">
    <w:name w:val="Light List Accent 4"/>
    <w:basedOn w:val="Normlnatabu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lzoznamzvraznenie5">
    <w:name w:val="Light List Accent 5"/>
    <w:basedOn w:val="Normlnatabu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lzoznamzvraznenie6">
    <w:name w:val="Light List Accent 6"/>
    <w:basedOn w:val="Normlnatabu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mrieka">
    <w:name w:val="Light Grid"/>
    <w:basedOn w:val="Normlnatabu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mriekazvraznenie1">
    <w:name w:val="Light Grid Accent 1"/>
    <w:basedOn w:val="Normlnatabu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mriekazvraznenie2">
    <w:name w:val="Light Grid Accent 2"/>
    <w:basedOn w:val="Normlnatabu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mriekazvraznenie3">
    <w:name w:val="Light Grid Accent 3"/>
    <w:basedOn w:val="Normlnatabu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mriekazvraznenie4">
    <w:name w:val="Light Grid Accent 4"/>
    <w:basedOn w:val="Normlnatabu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mriekazvraznenie5">
    <w:name w:val="Light Grid Accent 5"/>
    <w:basedOn w:val="Normlnatabu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mriekazvraznenie6">
    <w:name w:val="Light Grid Accent 6"/>
    <w:basedOn w:val="Normlnatabu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rednpodfarbenie1">
    <w:name w:val="Medium Shading 1"/>
    <w:basedOn w:val="Normlnatabu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rednpodfarbenie1zvraznenie1">
    <w:name w:val="Medium Shading 1 Accent 1"/>
    <w:basedOn w:val="Normlnatabu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rednpodfarbenie1zvraznenie2">
    <w:name w:val="Medium Shading 1 Accent 2"/>
    <w:basedOn w:val="Normlnatabu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rednpodfarbenie1zvraznenie3">
    <w:name w:val="Medium Shading 1 Accent 3"/>
    <w:basedOn w:val="Normlnatabu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rednpodfarbenie1zvraznenie4">
    <w:name w:val="Medium Shading 1 Accent 4"/>
    <w:basedOn w:val="Normlnatabu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rednpodfarbenie1zvraznenie5">
    <w:name w:val="Medium Shading 1 Accent 5"/>
    <w:basedOn w:val="Normlnatabu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Farebnpodfarbenie1zvraznenie6">
    <w:name w:val="Medium Shading 1 Accent 6"/>
    <w:basedOn w:val="Normlnatabu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rednpodfarbenie2">
    <w:name w:val="Medium Shading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1">
    <w:name w:val="Medium Shading 2 Accent 1"/>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2">
    <w:name w:val="Medium Shading 2 Accent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3">
    <w:name w:val="Medium Shading 2 Accent 3"/>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4">
    <w:name w:val="Medium Shading 2 Accent 4"/>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5">
    <w:name w:val="Medium Shading 2 Accent 5"/>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arebnpodfarbenie2zvraznenie6">
    <w:name w:val="Medium Shading 2 Accent 6"/>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zoznam1">
    <w:name w:val="Medium List 1"/>
    <w:basedOn w:val="Normlnatabu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rednzoznam1zvraznenie1">
    <w:name w:val="Medium List 1 Accent 1"/>
    <w:basedOn w:val="Normlnatabu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rednzoznam1zvraznenie2">
    <w:name w:val="Medium List 1 Accent 2"/>
    <w:basedOn w:val="Normlnatabu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rednzoznam1zvraznenie3">
    <w:name w:val="Medium List 1 Accent 3"/>
    <w:basedOn w:val="Normlnatabu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rednzoznam1zvraznenie4">
    <w:name w:val="Medium List 1 Accent 4"/>
    <w:basedOn w:val="Normlnatabu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rednzoznam1zvraznenie5">
    <w:name w:val="Medium List 1 Accent 5"/>
    <w:basedOn w:val="Normlnatabu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rednzoznam1zvraznenie6">
    <w:name w:val="Medium List 1 Accent 6"/>
    <w:basedOn w:val="Normlnatabu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rednzoznam2">
    <w:name w:val="Medium Lis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1">
    <w:name w:val="Medium List 2 Accent 1"/>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2">
    <w:name w:val="Medium List 2 Accen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3">
    <w:name w:val="Medium List 2 Accent 3"/>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4">
    <w:name w:val="Medium List 2 Accent 4"/>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5">
    <w:name w:val="Medium List 2 Accent 5"/>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6">
    <w:name w:val="Medium List 2 Accent 6"/>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mrieka1">
    <w:name w:val="Medium Grid 1"/>
    <w:basedOn w:val="Normlnatabu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rednmrieka1zvraznenie1">
    <w:name w:val="Medium Grid 1 Accent 1"/>
    <w:basedOn w:val="Normlnatabu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rednmrieka1zvraznenie2">
    <w:name w:val="Medium Grid 1 Accent 2"/>
    <w:basedOn w:val="Normlnatabu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rednmrieka1zvraznenie3">
    <w:name w:val="Medium Grid 1 Accent 3"/>
    <w:basedOn w:val="Normlnatabu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rednmrieka1zvraznenie4">
    <w:name w:val="Medium Grid 1 Accent 4"/>
    <w:basedOn w:val="Normlnatabu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rednmrieka1zvraznenie5">
    <w:name w:val="Medium Grid 1 Accent 5"/>
    <w:basedOn w:val="Normlnatabu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rednmrieka1zvraznenie6">
    <w:name w:val="Medium Grid 1 Accent 6"/>
    <w:basedOn w:val="Normlnatabu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rednmrieka2">
    <w:name w:val="Medium Grid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rednmrieka2zvraznenie1">
    <w:name w:val="Medium Grid 2 Accent 1"/>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rednmrieka2zvraznenie2">
    <w:name w:val="Medium Grid 2 Accent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rednmrieka2zvraznenie3">
    <w:name w:val="Medium Grid 2 Accent 3"/>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rednmrieka2zvraznenie4">
    <w:name w:val="Medium Grid 2 Accent 4"/>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rednmrieka2zvraznenie5">
    <w:name w:val="Medium Grid 2 Accent 5"/>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rednmrieka2zvraznenie6">
    <w:name w:val="Medium Grid 2 Accent 6"/>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rednmrieka3">
    <w:name w:val="Medium Grid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rednmrieka3zvraznenie1">
    <w:name w:val="Medium Grid 3 Accent 1"/>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rednmrieka3zvraznenie2">
    <w:name w:val="Medium Grid 3 Accent 2"/>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rednmrieka3zvraznenie3">
    <w:name w:val="Medium Grid 3 Accent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rednmrieka3zvraznenie4">
    <w:name w:val="Medium Grid 3 Accent 4"/>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rednmrieka3zvraznenie5">
    <w:name w:val="Medium Grid 3 Accent 5"/>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rednmrieka3zvraznenie6">
    <w:name w:val="Medium Grid 3 Accent 6"/>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zoznam">
    <w:name w:val="Dark List"/>
    <w:basedOn w:val="Normlnatabu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zoznamzvraznenie1">
    <w:name w:val="Dark List Accent 1"/>
    <w:basedOn w:val="Normlnatabu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zoznamzvraznenie2">
    <w:name w:val="Dark List Accent 2"/>
    <w:basedOn w:val="Normlnatabu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zoznamzvraznenie3">
    <w:name w:val="Dark List Accent 3"/>
    <w:basedOn w:val="Normlnatabu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zoznamzvraznenie4">
    <w:name w:val="Dark List Accent 4"/>
    <w:basedOn w:val="Normlnatabu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zoznamzvraznenie5">
    <w:name w:val="Dark List Accent 5"/>
    <w:basedOn w:val="Normlnatabu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zoznamzvraznenie6">
    <w:name w:val="Dark List Accent 6"/>
    <w:basedOn w:val="Normlnatabu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ebnpodfarbenie">
    <w:name w:val="Colorful Shading"/>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ebnpodfarbeniezvraznenie1">
    <w:name w:val="Colorful Shading Accent 1"/>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ebnpodfarbeniezvraznenie2">
    <w:name w:val="Colorful Shading Accent 2"/>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ebnpodfarbeniezvraznenie3">
    <w:name w:val="Colorful Shading Accent 3"/>
    <w:basedOn w:val="Normlnatabu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ebnpodfarbeniezvraznenie4">
    <w:name w:val="Colorful Shading Accent 4"/>
    <w:basedOn w:val="Normlnatabu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ebnpodfarbeniezvraznenie5">
    <w:name w:val="Colorful Shading Accent 5"/>
    <w:basedOn w:val="Normlnatabu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ebnpodfarbeniezvraznenie6">
    <w:name w:val="Colorful Shading Accent 6"/>
    <w:basedOn w:val="Normlnatabu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ebnzoznam">
    <w:name w:val="Colorful List"/>
    <w:basedOn w:val="Normlnatabu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ebnzoznamzvraznenie1">
    <w:name w:val="Colorful List Accent 1"/>
    <w:basedOn w:val="Normlnatabu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ebnzoznamzvraznenie2">
    <w:name w:val="Colorful List Accent 2"/>
    <w:basedOn w:val="Normlnatabu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ebnzoznamzvraznenie3">
    <w:name w:val="Colorful List Accent 3"/>
    <w:basedOn w:val="Normlnatabu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ebnzoznamzvraznenie4">
    <w:name w:val="Colorful List Accent 4"/>
    <w:basedOn w:val="Normlnatabu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ebnzoznamzvraznenie5">
    <w:name w:val="Colorful List Accent 5"/>
    <w:basedOn w:val="Normlnatabu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ebnzoznamzvraznenie6">
    <w:name w:val="Colorful List Accent 6"/>
    <w:basedOn w:val="Normlnatabu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ebnmrieka">
    <w:name w:val="Colorful Grid"/>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ebnmriekazvraznenie1">
    <w:name w:val="Colorful Grid Accent 1"/>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ebnmriekazvraznenie2">
    <w:name w:val="Colorful Grid Accent 2"/>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ebnmriekazvraznenie3">
    <w:name w:val="Colorful Grid Accent 3"/>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ebnmriekazvraznenie4">
    <w:name w:val="Colorful Grid Accent 4"/>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ebnmriekazvraznenie5">
    <w:name w:val="Colorful Grid Accent 5"/>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ebnmriekazvraznenie6">
    <w:name w:val="Colorful Grid Accent 6"/>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Zdenka</cp:lastModifiedBy>
  <cp:revision>2</cp:revision>
  <dcterms:created xsi:type="dcterms:W3CDTF">2026-09-16T15:51:00Z</dcterms:created>
  <dcterms:modified xsi:type="dcterms:W3CDTF">2026-09-16T15:51:00Z</dcterms:modified>
  <cp:category/>
</cp:coreProperties>
</file>